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6AC5" w14:textId="77777777" w:rsidR="005544DE" w:rsidRDefault="00000000">
      <w:pPr>
        <w:pStyle w:val="aa"/>
        <w:spacing w:after="200"/>
        <w:rPr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2025-2026</w:t>
      </w:r>
      <w:r>
        <w:rPr>
          <w:rFonts w:ascii="Times New Roman" w:eastAsia="黑体" w:hAnsi="Times New Roman" w:cs="Times New Roman"/>
          <w:lang w:eastAsia="zh-CN"/>
        </w:rPr>
        <w:t>学年研究生奖学金</w:t>
      </w:r>
      <w:r>
        <w:rPr>
          <w:rFonts w:ascii="Times New Roman" w:eastAsia="黑体" w:hAnsi="Times New Roman" w:cs="Times New Roman"/>
          <w:lang w:eastAsia="zh-CN"/>
        </w:rPr>
        <w:br/>
      </w:r>
      <w:r>
        <w:rPr>
          <w:rFonts w:ascii="Times New Roman" w:eastAsia="黑体" w:hAnsi="Times New Roman" w:cs="Times New Roman"/>
          <w:lang w:eastAsia="zh-CN"/>
        </w:rPr>
        <w:t>科研成果一次认定承诺书</w:t>
      </w:r>
    </w:p>
    <w:p w14:paraId="7615B233" w14:textId="77777777" w:rsidR="005544DE" w:rsidRDefault="00000000" w:rsidP="000A7C1D">
      <w:pPr>
        <w:spacing w:beforeLines="100" w:before="240" w:after="20" w:line="380" w:lineRule="exact"/>
        <w:rPr>
          <w:lang w:eastAsia="zh-CN"/>
        </w:rPr>
      </w:pPr>
      <w:r>
        <w:rPr>
          <w:sz w:val="26"/>
          <w:lang w:eastAsia="zh-CN"/>
        </w:rPr>
        <w:t>姓名：</w:t>
      </w:r>
      <w:permStart w:id="1" w:edGrp="everyone"/>
      <w:r>
        <w:rPr>
          <w:sz w:val="26"/>
          <w:lang w:eastAsia="zh-CN"/>
        </w:rPr>
        <w:t>____________</w:t>
      </w:r>
      <w:permEnd w:id="1"/>
      <w:r>
        <w:rPr>
          <w:sz w:val="26"/>
          <w:lang w:eastAsia="zh-CN"/>
        </w:rPr>
        <w:t xml:space="preserve">　学号：</w:t>
      </w:r>
      <w:permStart w:id="2" w:edGrp="everyone"/>
      <w:r>
        <w:rPr>
          <w:sz w:val="26"/>
          <w:lang w:eastAsia="zh-CN"/>
        </w:rPr>
        <w:t>________________________</w:t>
      </w:r>
      <w:permEnd w:id="2"/>
    </w:p>
    <w:p w14:paraId="396235EE" w14:textId="77777777" w:rsidR="005544DE" w:rsidRDefault="00000000">
      <w:pPr>
        <w:spacing w:after="20" w:line="380" w:lineRule="exact"/>
        <w:rPr>
          <w:lang w:eastAsia="zh-CN"/>
        </w:rPr>
      </w:pPr>
      <w:r>
        <w:rPr>
          <w:sz w:val="26"/>
          <w:lang w:eastAsia="zh-CN"/>
        </w:rPr>
        <w:t>培养层次：</w:t>
      </w:r>
      <w:permStart w:id="3" w:edGrp="everyone"/>
      <w:r>
        <w:rPr>
          <w:sz w:val="26"/>
          <w:lang w:eastAsia="zh-CN"/>
        </w:rPr>
        <w:t>□</w:t>
      </w:r>
      <w:permEnd w:id="3"/>
      <w:r>
        <w:rPr>
          <w:sz w:val="26"/>
          <w:lang w:eastAsia="zh-CN"/>
        </w:rPr>
        <w:t xml:space="preserve">硕士　</w:t>
      </w:r>
      <w:permStart w:id="4" w:edGrp="everyone"/>
      <w:r>
        <w:rPr>
          <w:sz w:val="26"/>
          <w:lang w:eastAsia="zh-CN"/>
        </w:rPr>
        <w:t>□</w:t>
      </w:r>
      <w:permEnd w:id="4"/>
      <w:r>
        <w:rPr>
          <w:sz w:val="26"/>
          <w:lang w:eastAsia="zh-CN"/>
        </w:rPr>
        <w:t>博士　年级：</w:t>
      </w:r>
      <w:permStart w:id="5" w:edGrp="everyone"/>
      <w:r>
        <w:rPr>
          <w:sz w:val="26"/>
          <w:lang w:eastAsia="zh-CN"/>
        </w:rPr>
        <w:t>________</w:t>
      </w:r>
      <w:permEnd w:id="5"/>
      <w:r>
        <w:rPr>
          <w:sz w:val="26"/>
          <w:lang w:eastAsia="zh-CN"/>
        </w:rPr>
        <w:t xml:space="preserve">　导师：</w:t>
      </w:r>
      <w:permStart w:id="6" w:edGrp="everyone"/>
      <w:r>
        <w:rPr>
          <w:sz w:val="26"/>
          <w:lang w:eastAsia="zh-CN"/>
        </w:rPr>
        <w:t>__________</w:t>
      </w:r>
      <w:permEnd w:id="6"/>
    </w:p>
    <w:p w14:paraId="07BBB86B" w14:textId="77777777" w:rsidR="005544DE" w:rsidRDefault="00000000">
      <w:pPr>
        <w:spacing w:after="20" w:line="380" w:lineRule="exact"/>
        <w:rPr>
          <w:lang w:eastAsia="zh-CN"/>
        </w:rPr>
      </w:pPr>
      <w:r>
        <w:rPr>
          <w:sz w:val="26"/>
          <w:lang w:eastAsia="zh-CN"/>
        </w:rPr>
        <w:t>系所：</w:t>
      </w:r>
      <w:permStart w:id="7" w:edGrp="everyone"/>
      <w:r>
        <w:rPr>
          <w:sz w:val="26"/>
          <w:lang w:eastAsia="zh-CN"/>
        </w:rPr>
        <w:t>________________________________________________</w:t>
      </w:r>
      <w:permEnd w:id="7"/>
    </w:p>
    <w:p w14:paraId="479E82E3" w14:textId="77777777" w:rsidR="005544DE" w:rsidRDefault="00000000">
      <w:pPr>
        <w:spacing w:after="100" w:line="380" w:lineRule="exact"/>
        <w:rPr>
          <w:lang w:eastAsia="zh-CN"/>
        </w:rPr>
      </w:pPr>
      <w:r>
        <w:rPr>
          <w:sz w:val="26"/>
        </w:rPr>
        <w:t>申报奖学金名称：</w:t>
      </w:r>
      <w:permStart w:id="8" w:edGrp="everyone"/>
      <w:r>
        <w:rPr>
          <w:sz w:val="26"/>
          <w:lang w:eastAsia="zh-CN"/>
        </w:rPr>
        <w:t>______________________________________</w:t>
      </w:r>
      <w:permEnd w:id="8"/>
    </w:p>
    <w:p w14:paraId="0822777D" w14:textId="77777777" w:rsidR="00897F15" w:rsidRDefault="00000000" w:rsidP="000A7C1D">
      <w:pPr>
        <w:spacing w:beforeLines="100" w:before="240" w:after="60"/>
        <w:ind w:firstLine="561"/>
        <w:jc w:val="both"/>
        <w:rPr>
          <w:lang w:eastAsia="zh-CN"/>
        </w:rPr>
      </w:pPr>
      <w:r>
        <w:rPr>
          <w:lang w:eastAsia="zh-CN"/>
        </w:rPr>
        <w:t>本人提交的科研成果及使用情况真实、完整。</w:t>
      </w:r>
      <w:r w:rsidR="00897F15">
        <w:rPr>
          <w:rFonts w:hint="eastAsia"/>
          <w:lang w:eastAsia="zh-CN"/>
        </w:rPr>
        <w:t>科研成果遵循“一次认定”的原则（凡已作为材料提交并获评奖学金的科研成果，不得作为此次申报的科研成果；申请奖学金的研究生，若获评本奖项，则其本次申报的科研成果，不得再用于申请其他各类奖学金）</w:t>
      </w:r>
      <w:r w:rsidR="00F410D2">
        <w:rPr>
          <w:lang w:eastAsia="zh-CN"/>
        </w:rPr>
        <w:t>。</w:t>
      </w:r>
    </w:p>
    <w:p w14:paraId="1111AA19" w14:textId="09937D56" w:rsidR="005544DE" w:rsidRDefault="00F410D2" w:rsidP="00897F15">
      <w:pPr>
        <w:spacing w:after="60"/>
        <w:ind w:firstLine="560"/>
        <w:jc w:val="both"/>
        <w:rPr>
          <w:lang w:eastAsia="zh-CN"/>
        </w:rPr>
      </w:pPr>
      <w:r>
        <w:rPr>
          <w:lang w:eastAsia="zh-CN"/>
        </w:rPr>
        <w:t>如有申请材料造假、重复申报或其他</w:t>
      </w:r>
      <w:r w:rsidR="00897F15">
        <w:rPr>
          <w:rFonts w:hint="eastAsia"/>
          <w:lang w:eastAsia="zh-CN"/>
        </w:rPr>
        <w:t>不诚信行为，经查证属实，将取消其推荐或获奖资格，并按校纪校规处理；已发放的证书及奖金按规定追回</w:t>
      </w:r>
      <w:r w:rsidR="000A7C1D">
        <w:rPr>
          <w:rFonts w:hint="eastAsia"/>
          <w:lang w:eastAsia="zh-CN"/>
        </w:rPr>
        <w:t>。</w:t>
      </w:r>
    </w:p>
    <w:p w14:paraId="6DB73561" w14:textId="427835FE" w:rsidR="005544DE" w:rsidRDefault="00F410D2">
      <w:pPr>
        <w:spacing w:after="60"/>
        <w:ind w:firstLine="560"/>
        <w:jc w:val="both"/>
        <w:rPr>
          <w:lang w:eastAsia="zh-CN"/>
        </w:rPr>
      </w:pPr>
      <w:r>
        <w:rPr>
          <w:lang w:eastAsia="zh-CN"/>
        </w:rPr>
        <w:t>例外情形：评选通知对科研成果使用另有规定的，从其规定。</w:t>
      </w:r>
    </w:p>
    <w:p w14:paraId="2887C233" w14:textId="77777777" w:rsidR="00F410D2" w:rsidRDefault="00F410D2">
      <w:pPr>
        <w:keepNext/>
        <w:spacing w:before="180" w:after="60"/>
        <w:jc w:val="both"/>
        <w:rPr>
          <w:lang w:eastAsia="zh-CN"/>
        </w:rPr>
      </w:pPr>
      <w:r>
        <w:rPr>
          <w:rFonts w:hint="eastAsia"/>
          <w:b/>
          <w:sz w:val="26"/>
          <w:lang w:eastAsia="zh-CN"/>
        </w:rPr>
        <w:t>请在下框完整抄写以下文字：</w:t>
      </w:r>
    </w:p>
    <w:p w14:paraId="7B31F105" w14:textId="77777777" w:rsidR="00F410D2" w:rsidRDefault="00F410D2" w:rsidP="00F410D2">
      <w:pPr>
        <w:keepNext/>
        <w:spacing w:after="120"/>
        <w:ind w:firstLine="560"/>
        <w:jc w:val="both"/>
        <w:rPr>
          <w:lang w:eastAsia="zh-CN"/>
        </w:rPr>
      </w:pPr>
      <w:r>
        <w:rPr>
          <w:lang w:eastAsia="zh-CN"/>
        </w:rPr>
        <w:t>本人已知悉科研成果</w:t>
      </w:r>
      <w:r>
        <w:rPr>
          <w:lang w:eastAsia="zh-CN"/>
        </w:rPr>
        <w:t>“</w:t>
      </w:r>
      <w:r>
        <w:rPr>
          <w:lang w:eastAsia="zh-CN"/>
        </w:rPr>
        <w:t>一次认定</w:t>
      </w:r>
      <w:r>
        <w:rPr>
          <w:lang w:eastAsia="zh-CN"/>
        </w:rPr>
        <w:t>”</w:t>
      </w:r>
      <w:r>
        <w:rPr>
          <w:rFonts w:hint="eastAsia"/>
          <w:lang w:eastAsia="zh-CN"/>
        </w:rPr>
        <w:t>原则</w:t>
      </w:r>
      <w:r>
        <w:rPr>
          <w:lang w:eastAsia="zh-CN"/>
        </w:rPr>
        <w:t>，现就本次申报作出以</w:t>
      </w:r>
      <w:r>
        <w:rPr>
          <w:rFonts w:hint="eastAsia"/>
          <w:lang w:eastAsia="zh-CN"/>
        </w:rPr>
        <w:t>上</w:t>
      </w:r>
      <w:r>
        <w:rPr>
          <w:lang w:eastAsia="zh-CN"/>
        </w:rPr>
        <w:t>承诺</w:t>
      </w:r>
      <w:r>
        <w:rPr>
          <w:rFonts w:hint="eastAsia"/>
          <w:lang w:eastAsia="zh-CN"/>
        </w:rPr>
        <w:t>。</w:t>
      </w:r>
    </w:p>
    <w:tbl>
      <w:tblPr>
        <w:tblW w:w="90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6A6A6"/>
          <w:insideV w:val="nil"/>
        </w:tblBorders>
        <w:tblLayout w:type="fixed"/>
        <w:tblCellMar>
          <w:top w:w="70" w:type="dxa"/>
          <w:left w:w="100" w:type="dxa"/>
          <w:bottom w:w="70" w:type="dxa"/>
          <w:right w:w="100" w:type="dxa"/>
        </w:tblCellMar>
        <w:tblLook w:val="04A0" w:firstRow="1" w:lastRow="0" w:firstColumn="1" w:lastColumn="0" w:noHBand="0" w:noVBand="1"/>
      </w:tblPr>
      <w:tblGrid>
        <w:gridCol w:w="9026"/>
      </w:tblGrid>
      <w:tr w:rsidR="00664C9A" w14:paraId="619B6B64" w14:textId="77777777">
        <w:trPr>
          <w:cantSplit/>
          <w:trHeight w:val="652"/>
          <w:jc w:val="center"/>
        </w:trPr>
        <w:tc>
          <w:tcPr>
            <w:tcW w:w="9026" w:type="dxa"/>
            <w:vAlign w:val="center"/>
          </w:tcPr>
          <w:p w14:paraId="45F84C7F" w14:textId="77777777" w:rsidR="00664C9A" w:rsidRDefault="00664C9A">
            <w:pPr>
              <w:keepNext/>
              <w:rPr>
                <w:lang w:eastAsia="zh-CN"/>
              </w:rPr>
            </w:pPr>
          </w:p>
        </w:tc>
      </w:tr>
      <w:tr w:rsidR="00664C9A" w14:paraId="503B7347" w14:textId="77777777">
        <w:trPr>
          <w:cantSplit/>
          <w:trHeight w:val="652"/>
          <w:jc w:val="center"/>
        </w:trPr>
        <w:tc>
          <w:tcPr>
            <w:tcW w:w="9026" w:type="dxa"/>
            <w:vAlign w:val="center"/>
          </w:tcPr>
          <w:p w14:paraId="2273D191" w14:textId="77777777" w:rsidR="00664C9A" w:rsidRDefault="00664C9A">
            <w:pPr>
              <w:keepNext/>
              <w:rPr>
                <w:lang w:eastAsia="zh-CN"/>
              </w:rPr>
            </w:pPr>
          </w:p>
        </w:tc>
      </w:tr>
    </w:tbl>
    <w:p w14:paraId="13C24F33" w14:textId="77777777" w:rsidR="005544DE" w:rsidRDefault="00000000">
      <w:pPr>
        <w:spacing w:before="160"/>
        <w:rPr>
          <w:sz w:val="26"/>
          <w:lang w:eastAsia="zh-CN"/>
        </w:rPr>
      </w:pPr>
      <w:r>
        <w:rPr>
          <w:sz w:val="26"/>
          <w:lang w:eastAsia="zh-CN"/>
        </w:rPr>
        <w:t>学生签名（手写）：</w:t>
      </w:r>
      <w:r>
        <w:rPr>
          <w:sz w:val="26"/>
          <w:lang w:eastAsia="zh-CN"/>
        </w:rPr>
        <w:t>____________</w:t>
      </w:r>
      <w:r>
        <w:rPr>
          <w:sz w:val="26"/>
          <w:lang w:eastAsia="zh-CN"/>
        </w:rPr>
        <w:t xml:space="preserve">　日期：</w:t>
      </w:r>
      <w:r>
        <w:rPr>
          <w:sz w:val="26"/>
          <w:lang w:eastAsia="zh-CN"/>
        </w:rPr>
        <w:t>______</w:t>
      </w:r>
      <w:r>
        <w:rPr>
          <w:sz w:val="26"/>
          <w:lang w:eastAsia="zh-CN"/>
        </w:rPr>
        <w:t>年</w:t>
      </w:r>
      <w:r>
        <w:rPr>
          <w:sz w:val="26"/>
          <w:lang w:eastAsia="zh-CN"/>
        </w:rPr>
        <w:t>____</w:t>
      </w:r>
      <w:r>
        <w:rPr>
          <w:sz w:val="26"/>
          <w:lang w:eastAsia="zh-CN"/>
        </w:rPr>
        <w:t>月</w:t>
      </w:r>
      <w:r>
        <w:rPr>
          <w:sz w:val="26"/>
          <w:lang w:eastAsia="zh-CN"/>
        </w:rPr>
        <w:t>____</w:t>
      </w:r>
      <w:r>
        <w:rPr>
          <w:sz w:val="26"/>
          <w:lang w:eastAsia="zh-CN"/>
        </w:rPr>
        <w:t>日</w:t>
      </w:r>
    </w:p>
    <w:p w14:paraId="20651A4A" w14:textId="77777777" w:rsidR="005544DE" w:rsidRDefault="00000000">
      <w:pPr>
        <w:keepNext/>
        <w:spacing w:before="360" w:after="80"/>
        <w:jc w:val="both"/>
        <w:rPr>
          <w:lang w:eastAsia="zh-CN"/>
        </w:rPr>
      </w:pPr>
      <w:r>
        <w:rPr>
          <w:b/>
          <w:lang w:eastAsia="zh-CN"/>
        </w:rPr>
        <w:t>导师审核意见</w:t>
      </w:r>
    </w:p>
    <w:p w14:paraId="61AE5CA7" w14:textId="77777777" w:rsidR="005544DE" w:rsidRDefault="00000000">
      <w:pPr>
        <w:spacing w:after="160"/>
        <w:ind w:firstLine="560"/>
        <w:jc w:val="both"/>
        <w:rPr>
          <w:lang w:eastAsia="zh-CN"/>
        </w:rPr>
      </w:pPr>
      <w:r>
        <w:rPr>
          <w:lang w:eastAsia="zh-CN"/>
        </w:rPr>
        <w:t>本人已审阅学生承诺，并在本人知悉范围内核实历史使用情况，已提醒学生遵守科研成果</w:t>
      </w:r>
      <w:r>
        <w:rPr>
          <w:lang w:eastAsia="zh-CN"/>
        </w:rPr>
        <w:t>“</w:t>
      </w:r>
      <w:r>
        <w:rPr>
          <w:lang w:eastAsia="zh-CN"/>
        </w:rPr>
        <w:t>一次认定</w:t>
      </w:r>
      <w:r>
        <w:rPr>
          <w:lang w:eastAsia="zh-CN"/>
        </w:rPr>
        <w:t>”</w:t>
      </w:r>
      <w:r w:rsidR="00F410D2">
        <w:rPr>
          <w:rFonts w:hint="eastAsia"/>
          <w:lang w:eastAsia="zh-CN"/>
        </w:rPr>
        <w:t>原则</w:t>
      </w:r>
      <w:r>
        <w:rPr>
          <w:lang w:eastAsia="zh-CN"/>
        </w:rPr>
        <w:t>。</w:t>
      </w:r>
    </w:p>
    <w:p w14:paraId="79254F5A" w14:textId="77777777" w:rsidR="005544DE" w:rsidRDefault="00000000">
      <w:pPr>
        <w:rPr>
          <w:lang w:eastAsia="zh-CN"/>
        </w:rPr>
      </w:pPr>
      <w:r>
        <w:rPr>
          <w:sz w:val="26"/>
          <w:lang w:eastAsia="zh-CN"/>
        </w:rPr>
        <w:t>导师签名（手写）：</w:t>
      </w:r>
      <w:r>
        <w:rPr>
          <w:sz w:val="26"/>
          <w:lang w:eastAsia="zh-CN"/>
        </w:rPr>
        <w:t>____________</w:t>
      </w:r>
      <w:r>
        <w:rPr>
          <w:sz w:val="26"/>
          <w:lang w:eastAsia="zh-CN"/>
        </w:rPr>
        <w:t xml:space="preserve">　日期：</w:t>
      </w:r>
      <w:r>
        <w:rPr>
          <w:sz w:val="26"/>
          <w:lang w:eastAsia="zh-CN"/>
        </w:rPr>
        <w:t>______</w:t>
      </w:r>
      <w:r>
        <w:rPr>
          <w:sz w:val="26"/>
          <w:lang w:eastAsia="zh-CN"/>
        </w:rPr>
        <w:t>年</w:t>
      </w:r>
      <w:r>
        <w:rPr>
          <w:sz w:val="26"/>
          <w:lang w:eastAsia="zh-CN"/>
        </w:rPr>
        <w:t>____</w:t>
      </w:r>
      <w:r>
        <w:rPr>
          <w:sz w:val="26"/>
          <w:lang w:eastAsia="zh-CN"/>
        </w:rPr>
        <w:t>月</w:t>
      </w:r>
      <w:r>
        <w:rPr>
          <w:sz w:val="26"/>
          <w:lang w:eastAsia="zh-CN"/>
        </w:rPr>
        <w:t>____</w:t>
      </w:r>
      <w:r>
        <w:rPr>
          <w:sz w:val="26"/>
          <w:lang w:eastAsia="zh-CN"/>
        </w:rPr>
        <w:t>日</w:t>
      </w:r>
    </w:p>
    <w:p w14:paraId="276223FC" w14:textId="77777777" w:rsidR="005544DE" w:rsidRDefault="005544DE">
      <w:pPr>
        <w:rPr>
          <w:lang w:eastAsia="zh-CN"/>
        </w:rPr>
      </w:pPr>
    </w:p>
    <w:sectPr w:rsidR="005544DE" w:rsidSect="00034616">
      <w:pgSz w:w="11906" w:h="16838"/>
      <w:pgMar w:top="1191" w:right="1440" w:bottom="1191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492F0" w14:textId="77777777" w:rsidR="00AE5C17" w:rsidRDefault="00AE5C17" w:rsidP="004A36EC">
      <w:pPr>
        <w:spacing w:line="240" w:lineRule="auto"/>
      </w:pPr>
      <w:r>
        <w:separator/>
      </w:r>
    </w:p>
  </w:endnote>
  <w:endnote w:type="continuationSeparator" w:id="0">
    <w:p w14:paraId="0D247782" w14:textId="77777777" w:rsidR="00AE5C17" w:rsidRDefault="00AE5C17" w:rsidP="004A3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7129" w14:textId="77777777" w:rsidR="00AE5C17" w:rsidRDefault="00AE5C17" w:rsidP="004A36EC">
      <w:pPr>
        <w:spacing w:line="240" w:lineRule="auto"/>
      </w:pPr>
      <w:r>
        <w:separator/>
      </w:r>
    </w:p>
  </w:footnote>
  <w:footnote w:type="continuationSeparator" w:id="0">
    <w:p w14:paraId="63A6921F" w14:textId="77777777" w:rsidR="00AE5C17" w:rsidRDefault="00AE5C17" w:rsidP="004A36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4431627">
    <w:abstractNumId w:val="8"/>
  </w:num>
  <w:num w:numId="2" w16cid:durableId="116995148">
    <w:abstractNumId w:val="6"/>
  </w:num>
  <w:num w:numId="3" w16cid:durableId="715785755">
    <w:abstractNumId w:val="5"/>
  </w:num>
  <w:num w:numId="4" w16cid:durableId="1227110406">
    <w:abstractNumId w:val="4"/>
  </w:num>
  <w:num w:numId="5" w16cid:durableId="299574202">
    <w:abstractNumId w:val="7"/>
  </w:num>
  <w:num w:numId="6" w16cid:durableId="1074014402">
    <w:abstractNumId w:val="3"/>
  </w:num>
  <w:num w:numId="7" w16cid:durableId="1396202159">
    <w:abstractNumId w:val="2"/>
  </w:num>
  <w:num w:numId="8" w16cid:durableId="397437431">
    <w:abstractNumId w:val="1"/>
  </w:num>
  <w:num w:numId="9" w16cid:durableId="173769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7C1D"/>
    <w:rsid w:val="000E5C1E"/>
    <w:rsid w:val="0015074B"/>
    <w:rsid w:val="00163D1F"/>
    <w:rsid w:val="001B1A68"/>
    <w:rsid w:val="0029639D"/>
    <w:rsid w:val="00326F90"/>
    <w:rsid w:val="004A36EC"/>
    <w:rsid w:val="005544DE"/>
    <w:rsid w:val="005F6CC0"/>
    <w:rsid w:val="00664C9A"/>
    <w:rsid w:val="00897F15"/>
    <w:rsid w:val="009374AC"/>
    <w:rsid w:val="00A36C35"/>
    <w:rsid w:val="00AA1D8D"/>
    <w:rsid w:val="00AE5C17"/>
    <w:rsid w:val="00B47730"/>
    <w:rsid w:val="00CB0664"/>
    <w:rsid w:val="00DB7337"/>
    <w:rsid w:val="00F410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683023"/>
  <w14:defaultImageDpi w14:val="300"/>
  <w15:docId w15:val="{C1082C83-89AE-42EC-BC07-615282BD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400" w:lineRule="exact"/>
    </w:pPr>
    <w:rPr>
      <w:rFonts w:ascii="Times New Roman" w:eastAsia="楷体" w:hAnsi="Times New Roman" w:cs="Times New Roman"/>
      <w:color w:val="000000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spacing w:after="160" w:line="460" w:lineRule="exact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2025-2026学年研究生国家奖学金科研成果一次认定承诺书</dc:title>
  <dc:subject>科研成果一次认定承诺及申报成果明细</dc:subject>
  <dc:creator>上海交通大学机械与动力工程学院</dc:creator>
  <cp:keywords>国家奖学金 科研成果 一次认定 承诺书</cp:keywords>
  <dc:description>generated by python-docx</dc:description>
  <cp:lastModifiedBy>chengyun pan</cp:lastModifiedBy>
  <cp:revision>8</cp:revision>
  <dcterms:created xsi:type="dcterms:W3CDTF">2013-12-23T23:15:00Z</dcterms:created>
  <dcterms:modified xsi:type="dcterms:W3CDTF">2026-09-16T12:37:00Z</dcterms:modified>
  <cp:category/>
</cp:coreProperties>
</file>