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B3DA0" w14:textId="77777777" w:rsidR="00681BEE" w:rsidRDefault="00000000">
      <w:pPr>
        <w:spacing w:after="240" w:line="560" w:lineRule="exact"/>
        <w:rPr>
          <w:lang w:eastAsia="zh-CN"/>
        </w:rPr>
      </w:pPr>
      <w:r>
        <w:rPr>
          <w:rFonts w:ascii="Times New Roman" w:hAnsi="Times New Roman"/>
          <w:lang w:eastAsia="zh-CN"/>
        </w:rPr>
        <w:t>附件</w:t>
      </w:r>
      <w:r>
        <w:rPr>
          <w:rFonts w:ascii="Times New Roman" w:hAnsi="Times New Roman"/>
          <w:lang w:eastAsia="zh-CN"/>
        </w:rPr>
        <w:t>4</w:t>
      </w:r>
    </w:p>
    <w:p w14:paraId="776806DA" w14:textId="77777777" w:rsidR="00681BEE" w:rsidRDefault="00000000">
      <w:pPr>
        <w:spacing w:after="360" w:line="640" w:lineRule="exact"/>
        <w:jc w:val="center"/>
        <w:rPr>
          <w:lang w:eastAsia="zh-CN"/>
        </w:rPr>
      </w:pPr>
      <w:r>
        <w:rPr>
          <w:rFonts w:ascii="Times New Roman" w:eastAsia="宋体" w:hAnsi="Times New Roman"/>
          <w:b/>
          <w:sz w:val="44"/>
          <w:lang w:eastAsia="zh-CN"/>
        </w:rPr>
        <w:t>论文作者贡献说明</w:t>
      </w:r>
    </w:p>
    <w:p w14:paraId="128D8D93" w14:textId="4835D42A" w:rsidR="00681BEE" w:rsidRPr="000440E6" w:rsidRDefault="00E675D8">
      <w:pPr>
        <w:spacing w:before="200" w:after="80" w:line="560" w:lineRule="exact"/>
        <w:rPr>
          <w:sz w:val="28"/>
          <w:szCs w:val="28"/>
          <w:lang w:eastAsia="zh-CN"/>
        </w:rPr>
      </w:pPr>
      <w:r w:rsidRPr="000440E6">
        <w:rPr>
          <w:rFonts w:ascii="Times New Roman" w:eastAsia="黑体" w:hAnsi="Times New Roman" w:hint="eastAsia"/>
          <w:sz w:val="28"/>
          <w:szCs w:val="28"/>
          <w:lang w:eastAsia="zh-CN"/>
        </w:rPr>
        <w:t>一</w:t>
      </w:r>
      <w:r w:rsidRPr="000440E6">
        <w:rPr>
          <w:rFonts w:ascii="Times New Roman" w:eastAsia="黑体" w:hAnsi="Times New Roman"/>
          <w:sz w:val="28"/>
          <w:szCs w:val="28"/>
          <w:lang w:eastAsia="zh-CN"/>
        </w:rPr>
        <w:t>、论文基本信息</w:t>
      </w:r>
    </w:p>
    <w:permStart w:id="1" w:edGrp="everyone"/>
    <w:tbl>
      <w:tblPr>
        <w:tblW w:w="5000" w:type="pct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1788"/>
        <w:gridCol w:w="2742"/>
        <w:gridCol w:w="1789"/>
        <w:gridCol w:w="2742"/>
      </w:tblGrid>
      <w:tr w:rsidR="00681BEE" w:rsidRPr="000440E6" w14:paraId="24570059" w14:textId="77777777" w:rsidTr="00E675D8">
        <w:trPr>
          <w:trHeight w:val="241"/>
          <w:jc w:val="center"/>
        </w:trPr>
        <w:tc>
          <w:tcPr>
            <w:tcW w:w="987" w:type="pct"/>
            <w:vAlign w:val="center"/>
          </w:tcPr>
          <w:p w14:paraId="5B7CEE2F" w14:textId="77777777" w:rsidR="00681BEE" w:rsidRPr="000440E6" w:rsidRDefault="00000000" w:rsidP="00E67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0440E6">
              <w:rPr>
                <w:rFonts w:ascii="Times New Roman" w:hAnsi="Times New Roman"/>
                <w:sz w:val="28"/>
                <w:szCs w:val="28"/>
                <w:lang w:eastAsia="zh-CN"/>
              </w:rPr>
              <w:t>论文题目</w:t>
            </w:r>
          </w:p>
        </w:tc>
        <w:tc>
          <w:tcPr>
            <w:tcW w:w="1513" w:type="pct"/>
            <w:vAlign w:val="center"/>
          </w:tcPr>
          <w:p w14:paraId="62CA5A3D" w14:textId="4046320C" w:rsidR="00681BEE" w:rsidRPr="000440E6" w:rsidRDefault="00681BEE" w:rsidP="00E67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987" w:type="pct"/>
            <w:vAlign w:val="center"/>
          </w:tcPr>
          <w:p w14:paraId="07F4B5D9" w14:textId="77777777" w:rsidR="00681BEE" w:rsidRPr="000440E6" w:rsidRDefault="00000000" w:rsidP="00E67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0440E6">
              <w:rPr>
                <w:rFonts w:ascii="Times New Roman" w:hAnsi="Times New Roman"/>
                <w:sz w:val="28"/>
                <w:szCs w:val="28"/>
                <w:lang w:eastAsia="zh-CN"/>
              </w:rPr>
              <w:t>期刊名称</w:t>
            </w:r>
          </w:p>
        </w:tc>
        <w:tc>
          <w:tcPr>
            <w:tcW w:w="1513" w:type="pct"/>
            <w:vAlign w:val="center"/>
          </w:tcPr>
          <w:p w14:paraId="51F0F795" w14:textId="5FFAD717" w:rsidR="00681BEE" w:rsidRPr="000440E6" w:rsidRDefault="00681BEE" w:rsidP="00E67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681BEE" w:rsidRPr="000440E6" w14:paraId="62194D68" w14:textId="77777777" w:rsidTr="00E675D8">
        <w:trPr>
          <w:trHeight w:val="387"/>
          <w:jc w:val="center"/>
        </w:trPr>
        <w:tc>
          <w:tcPr>
            <w:tcW w:w="987" w:type="pct"/>
            <w:vAlign w:val="center"/>
          </w:tcPr>
          <w:p w14:paraId="38B51B6B" w14:textId="77777777" w:rsidR="00681BEE" w:rsidRPr="000440E6" w:rsidRDefault="00000000" w:rsidP="00E67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0440E6">
              <w:rPr>
                <w:rFonts w:ascii="Times New Roman" w:hAnsi="Times New Roman"/>
                <w:sz w:val="28"/>
                <w:szCs w:val="28"/>
                <w:lang w:eastAsia="zh-CN"/>
              </w:rPr>
              <w:t>论文状态</w:t>
            </w:r>
          </w:p>
        </w:tc>
        <w:tc>
          <w:tcPr>
            <w:tcW w:w="1513" w:type="pct"/>
            <w:vAlign w:val="center"/>
          </w:tcPr>
          <w:p w14:paraId="16E99D7B" w14:textId="31C96CAD" w:rsidR="00681BEE" w:rsidRPr="000440E6" w:rsidRDefault="00000000" w:rsidP="00E67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0440E6">
              <w:rPr>
                <w:rFonts w:ascii="Times New Roman" w:hAnsi="Times New Roman"/>
                <w:sz w:val="28"/>
                <w:szCs w:val="28"/>
                <w:lang w:eastAsia="zh-CN"/>
              </w:rPr>
              <w:t>已发表</w:t>
            </w:r>
            <w:r w:rsidR="00E675D8" w:rsidRPr="000440E6">
              <w:rPr>
                <w:rFonts w:ascii="Times New Roman" w:hAnsi="Times New Roman" w:hint="eastAsia"/>
                <w:sz w:val="28"/>
                <w:szCs w:val="28"/>
                <w:lang w:eastAsia="zh-CN"/>
              </w:rPr>
              <w:t>/</w:t>
            </w:r>
            <w:r w:rsidRPr="000440E6">
              <w:rPr>
                <w:rFonts w:ascii="Times New Roman" w:hAnsi="Times New Roman"/>
                <w:sz w:val="28"/>
                <w:szCs w:val="28"/>
                <w:lang w:eastAsia="zh-CN"/>
              </w:rPr>
              <w:t>已录用</w:t>
            </w:r>
            <w:r w:rsidR="00E675D8" w:rsidRPr="000440E6">
              <w:rPr>
                <w:rFonts w:ascii="Times New Roman" w:hAnsi="Times New Roman" w:hint="eastAsia"/>
                <w:sz w:val="28"/>
                <w:szCs w:val="28"/>
                <w:lang w:eastAsia="zh-CN"/>
              </w:rPr>
              <w:t>/</w:t>
            </w:r>
            <w:r w:rsidRPr="000440E6">
              <w:rPr>
                <w:rFonts w:ascii="Times New Roman" w:hAnsi="Times New Roman"/>
                <w:sz w:val="28"/>
                <w:szCs w:val="28"/>
                <w:lang w:eastAsia="zh-CN"/>
              </w:rPr>
              <w:t>Available Online</w:t>
            </w:r>
          </w:p>
        </w:tc>
        <w:tc>
          <w:tcPr>
            <w:tcW w:w="987" w:type="pct"/>
            <w:vAlign w:val="center"/>
          </w:tcPr>
          <w:p w14:paraId="1B4B47B6" w14:textId="77777777" w:rsidR="00681BEE" w:rsidRPr="000440E6" w:rsidRDefault="00000000" w:rsidP="00E67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0440E6">
              <w:rPr>
                <w:rFonts w:ascii="Times New Roman" w:hAnsi="Times New Roman"/>
                <w:sz w:val="28"/>
                <w:szCs w:val="28"/>
                <w:lang w:eastAsia="zh-CN"/>
              </w:rPr>
              <w:t>发表</w:t>
            </w:r>
            <w:r w:rsidRPr="000440E6">
              <w:rPr>
                <w:rFonts w:ascii="Times New Roman" w:hAnsi="Times New Roman"/>
                <w:sz w:val="28"/>
                <w:szCs w:val="28"/>
                <w:lang w:eastAsia="zh-CN"/>
              </w:rPr>
              <w:t>/</w:t>
            </w:r>
            <w:r w:rsidRPr="000440E6">
              <w:rPr>
                <w:rFonts w:ascii="Times New Roman" w:hAnsi="Times New Roman"/>
                <w:sz w:val="28"/>
                <w:szCs w:val="28"/>
                <w:lang w:eastAsia="zh-CN"/>
              </w:rPr>
              <w:t>录用</w:t>
            </w:r>
            <w:r w:rsidRPr="000440E6">
              <w:rPr>
                <w:rFonts w:ascii="Times New Roman" w:hAnsi="Times New Roman"/>
                <w:sz w:val="28"/>
                <w:szCs w:val="28"/>
                <w:lang w:eastAsia="zh-CN"/>
              </w:rPr>
              <w:t>/</w:t>
            </w:r>
            <w:r w:rsidRPr="000440E6">
              <w:rPr>
                <w:rFonts w:ascii="Times New Roman" w:hAnsi="Times New Roman"/>
                <w:sz w:val="28"/>
                <w:szCs w:val="28"/>
                <w:lang w:eastAsia="zh-CN"/>
              </w:rPr>
              <w:t>在线时间</w:t>
            </w:r>
          </w:p>
        </w:tc>
        <w:tc>
          <w:tcPr>
            <w:tcW w:w="1513" w:type="pct"/>
            <w:vAlign w:val="center"/>
          </w:tcPr>
          <w:p w14:paraId="320AC44B" w14:textId="18F6A2C2" w:rsidR="00681BEE" w:rsidRPr="000440E6" w:rsidRDefault="00E675D8" w:rsidP="00E675D8">
            <w:pPr>
              <w:spacing w:after="0" w:line="240" w:lineRule="auto"/>
              <w:ind w:firstLineChars="100" w:firstLine="280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0440E6">
              <w:rPr>
                <w:rFonts w:ascii="Times New Roman" w:hAnsi="Times New Roman" w:hint="eastAsia"/>
                <w:sz w:val="28"/>
                <w:szCs w:val="28"/>
                <w:lang w:eastAsia="zh-CN"/>
              </w:rPr>
              <w:t xml:space="preserve">  </w:t>
            </w:r>
            <w:r w:rsidRPr="000440E6">
              <w:rPr>
                <w:rFonts w:ascii="Times New Roman" w:hAnsi="Times New Roman"/>
                <w:sz w:val="28"/>
                <w:szCs w:val="28"/>
                <w:lang w:eastAsia="zh-CN"/>
              </w:rPr>
              <w:t>年</w:t>
            </w:r>
            <w:r w:rsidRPr="000440E6">
              <w:rPr>
                <w:rFonts w:ascii="Times New Roman" w:hAnsi="Times New Roman" w:hint="eastAsia"/>
                <w:sz w:val="28"/>
                <w:szCs w:val="28"/>
                <w:lang w:eastAsia="zh-CN"/>
              </w:rPr>
              <w:t xml:space="preserve">  </w:t>
            </w:r>
            <w:r w:rsidRPr="000440E6">
              <w:rPr>
                <w:rFonts w:ascii="Times New Roman" w:hAnsi="Times New Roman"/>
                <w:sz w:val="28"/>
                <w:szCs w:val="28"/>
                <w:lang w:eastAsia="zh-CN"/>
              </w:rPr>
              <w:t>月</w:t>
            </w:r>
            <w:r w:rsidRPr="000440E6">
              <w:rPr>
                <w:rFonts w:ascii="Times New Roman" w:hAnsi="Times New Roman" w:hint="eastAsia"/>
                <w:sz w:val="28"/>
                <w:szCs w:val="28"/>
                <w:lang w:eastAsia="zh-CN"/>
              </w:rPr>
              <w:t xml:space="preserve">  </w:t>
            </w:r>
            <w:r w:rsidRPr="000440E6">
              <w:rPr>
                <w:rFonts w:ascii="Times New Roman" w:hAnsi="Times New Roman"/>
                <w:sz w:val="28"/>
                <w:szCs w:val="28"/>
                <w:lang w:eastAsia="zh-CN"/>
              </w:rPr>
              <w:t>日</w:t>
            </w:r>
          </w:p>
        </w:tc>
      </w:tr>
      <w:tr w:rsidR="00681BEE" w:rsidRPr="000440E6" w14:paraId="2540BA79" w14:textId="77777777" w:rsidTr="00E675D8">
        <w:trPr>
          <w:trHeight w:val="234"/>
          <w:jc w:val="center"/>
        </w:trPr>
        <w:tc>
          <w:tcPr>
            <w:tcW w:w="987" w:type="pct"/>
            <w:vAlign w:val="center"/>
          </w:tcPr>
          <w:p w14:paraId="7FBB78A7" w14:textId="3547D5CF" w:rsidR="00681BEE" w:rsidRPr="000440E6" w:rsidRDefault="00000000" w:rsidP="00E67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0440E6">
              <w:rPr>
                <w:rFonts w:ascii="Times New Roman" w:hAnsi="Times New Roman"/>
                <w:sz w:val="28"/>
                <w:szCs w:val="28"/>
                <w:lang w:eastAsia="zh-CN"/>
              </w:rPr>
              <w:t>DOI</w:t>
            </w:r>
            <w:r w:rsidRPr="000440E6">
              <w:rPr>
                <w:rFonts w:ascii="Times New Roman" w:hAnsi="Times New Roman"/>
                <w:sz w:val="28"/>
                <w:szCs w:val="28"/>
                <w:lang w:eastAsia="zh-CN"/>
              </w:rPr>
              <w:t>号</w:t>
            </w:r>
          </w:p>
        </w:tc>
        <w:tc>
          <w:tcPr>
            <w:tcW w:w="1513" w:type="pct"/>
            <w:vAlign w:val="center"/>
          </w:tcPr>
          <w:p w14:paraId="561091C2" w14:textId="48353DFE" w:rsidR="00681BEE" w:rsidRPr="000440E6" w:rsidRDefault="00681BEE" w:rsidP="00E67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987" w:type="pct"/>
            <w:vAlign w:val="center"/>
          </w:tcPr>
          <w:p w14:paraId="54B49951" w14:textId="77777777" w:rsidR="00681BEE" w:rsidRPr="000440E6" w:rsidRDefault="00000000" w:rsidP="00E67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0440E6">
              <w:rPr>
                <w:rFonts w:ascii="Times New Roman" w:hAnsi="Times New Roman"/>
                <w:sz w:val="28"/>
                <w:szCs w:val="28"/>
                <w:lang w:eastAsia="zh-CN"/>
              </w:rPr>
              <w:t>论文等级</w:t>
            </w:r>
          </w:p>
        </w:tc>
        <w:tc>
          <w:tcPr>
            <w:tcW w:w="1513" w:type="pct"/>
            <w:vAlign w:val="center"/>
          </w:tcPr>
          <w:p w14:paraId="2F6A8A19" w14:textId="075AF9FE" w:rsidR="00681BEE" w:rsidRPr="000440E6" w:rsidRDefault="00681BEE" w:rsidP="00E67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681BEE" w:rsidRPr="000440E6" w14:paraId="2990C00D" w14:textId="77777777" w:rsidTr="00E675D8">
        <w:trPr>
          <w:trHeight w:val="393"/>
          <w:jc w:val="center"/>
        </w:trPr>
        <w:tc>
          <w:tcPr>
            <w:tcW w:w="987" w:type="pct"/>
            <w:vAlign w:val="center"/>
          </w:tcPr>
          <w:p w14:paraId="3F3E822F" w14:textId="77777777" w:rsidR="00681BEE" w:rsidRPr="000440E6" w:rsidRDefault="00000000" w:rsidP="00E67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0440E6">
              <w:rPr>
                <w:rFonts w:ascii="Times New Roman" w:hAnsi="Times New Roman"/>
                <w:sz w:val="28"/>
                <w:szCs w:val="28"/>
                <w:lang w:eastAsia="zh-CN"/>
              </w:rPr>
              <w:t>独立一作可获分值</w:t>
            </w:r>
          </w:p>
        </w:tc>
        <w:tc>
          <w:tcPr>
            <w:tcW w:w="1513" w:type="pct"/>
            <w:vAlign w:val="center"/>
          </w:tcPr>
          <w:p w14:paraId="5C1510D3" w14:textId="6F980013" w:rsidR="00681BEE" w:rsidRPr="000440E6" w:rsidRDefault="00681BEE" w:rsidP="00E67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987" w:type="pct"/>
            <w:vAlign w:val="center"/>
          </w:tcPr>
          <w:p w14:paraId="2F3360FF" w14:textId="3D98265F" w:rsidR="00681BEE" w:rsidRPr="000440E6" w:rsidRDefault="00000000" w:rsidP="00E67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0440E6">
              <w:rPr>
                <w:rFonts w:ascii="Times New Roman" w:hAnsi="Times New Roman"/>
                <w:sz w:val="28"/>
                <w:szCs w:val="28"/>
                <w:lang w:eastAsia="zh-CN"/>
              </w:rPr>
              <w:t>通讯作者</w:t>
            </w:r>
          </w:p>
        </w:tc>
        <w:tc>
          <w:tcPr>
            <w:tcW w:w="1513" w:type="pct"/>
            <w:vAlign w:val="center"/>
          </w:tcPr>
          <w:p w14:paraId="611CD127" w14:textId="4597C747" w:rsidR="00681BEE" w:rsidRPr="000440E6" w:rsidRDefault="00681BEE" w:rsidP="00E67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E675D8" w:rsidRPr="000440E6" w14:paraId="5A89E398" w14:textId="77777777" w:rsidTr="00E675D8">
        <w:trPr>
          <w:trHeight w:val="241"/>
          <w:jc w:val="center"/>
        </w:trPr>
        <w:tc>
          <w:tcPr>
            <w:tcW w:w="987" w:type="pct"/>
            <w:vAlign w:val="center"/>
          </w:tcPr>
          <w:p w14:paraId="3124885E" w14:textId="586954BA" w:rsidR="00E675D8" w:rsidRPr="000440E6" w:rsidRDefault="00E675D8" w:rsidP="00E67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0440E6">
              <w:rPr>
                <w:rFonts w:ascii="Times New Roman" w:hAnsi="Times New Roman" w:hint="eastAsia"/>
                <w:sz w:val="28"/>
                <w:szCs w:val="28"/>
                <w:lang w:eastAsia="zh-CN"/>
              </w:rPr>
              <w:t>涉及分配的研究生作者</w:t>
            </w:r>
          </w:p>
        </w:tc>
        <w:tc>
          <w:tcPr>
            <w:tcW w:w="4013" w:type="pct"/>
            <w:gridSpan w:val="3"/>
            <w:vAlign w:val="center"/>
          </w:tcPr>
          <w:p w14:paraId="3BB2EF0F" w14:textId="7F35C347" w:rsidR="00E675D8" w:rsidRPr="000440E6" w:rsidRDefault="00E675D8" w:rsidP="00E67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0440E6">
              <w:rPr>
                <w:rFonts w:ascii="Times New Roman" w:hAnsi="Times New Roman" w:hint="eastAsia"/>
                <w:sz w:val="28"/>
                <w:szCs w:val="28"/>
                <w:lang w:eastAsia="zh-CN"/>
              </w:rPr>
              <w:t>例：张三、李四</w:t>
            </w:r>
          </w:p>
        </w:tc>
      </w:tr>
    </w:tbl>
    <w:permEnd w:id="1"/>
    <w:p w14:paraId="7CCE2641" w14:textId="5BA290FF" w:rsidR="00681BEE" w:rsidRPr="000440E6" w:rsidRDefault="00E675D8">
      <w:pPr>
        <w:spacing w:before="200" w:after="80" w:line="560" w:lineRule="exact"/>
        <w:rPr>
          <w:sz w:val="28"/>
          <w:szCs w:val="28"/>
          <w:lang w:eastAsia="zh-CN"/>
        </w:rPr>
      </w:pPr>
      <w:r w:rsidRPr="000440E6">
        <w:rPr>
          <w:rFonts w:ascii="Times New Roman" w:eastAsia="黑体" w:hAnsi="Times New Roman" w:hint="eastAsia"/>
          <w:sz w:val="28"/>
          <w:szCs w:val="28"/>
          <w:lang w:eastAsia="zh-CN"/>
        </w:rPr>
        <w:t>二</w:t>
      </w:r>
      <w:r w:rsidRPr="000440E6">
        <w:rPr>
          <w:rFonts w:ascii="Times New Roman" w:eastAsia="黑体" w:hAnsi="Times New Roman"/>
          <w:sz w:val="28"/>
          <w:szCs w:val="28"/>
          <w:lang w:eastAsia="zh-CN"/>
        </w:rPr>
        <w:t>、相关学生及拟分配分值</w:t>
      </w:r>
    </w:p>
    <w:p w14:paraId="61278030" w14:textId="5E783B38" w:rsidR="00E675D8" w:rsidRPr="000440E6" w:rsidRDefault="00E675D8" w:rsidP="00E675D8">
      <w:pPr>
        <w:spacing w:after="0" w:line="560" w:lineRule="exact"/>
        <w:ind w:firstLine="420"/>
        <w:rPr>
          <w:sz w:val="28"/>
          <w:szCs w:val="28"/>
          <w:lang w:eastAsia="zh-CN"/>
        </w:rPr>
      </w:pPr>
      <w:r w:rsidRPr="000440E6">
        <w:rPr>
          <w:rFonts w:ascii="Times New Roman" w:hAnsi="Times New Roman"/>
          <w:sz w:val="28"/>
          <w:szCs w:val="28"/>
          <w:lang w:eastAsia="zh-CN"/>
        </w:rPr>
        <w:t>论文信息及分值分配方案真实、准确。</w:t>
      </w:r>
      <w:r w:rsidRPr="000440E6">
        <w:rPr>
          <w:rFonts w:ascii="Times New Roman" w:hAnsi="Times New Roman" w:hint="eastAsia"/>
          <w:sz w:val="28"/>
          <w:szCs w:val="28"/>
          <w:lang w:eastAsia="zh-CN"/>
        </w:rPr>
        <w:t>相关学生</w:t>
      </w:r>
      <w:r w:rsidRPr="000440E6">
        <w:rPr>
          <w:rFonts w:ascii="Times New Roman" w:hAnsi="Times New Roman"/>
          <w:sz w:val="28"/>
          <w:szCs w:val="28"/>
          <w:lang w:eastAsia="zh-CN"/>
        </w:rPr>
        <w:t>知悉该分值分配方案将纳入综合评价材料公示及复核范围。若存在隐瞒相关共同作者、虚假说明、重复提交不一致方案、代签冒签等情形，</w:t>
      </w:r>
      <w:r w:rsidRPr="000440E6">
        <w:rPr>
          <w:rFonts w:ascii="Times New Roman" w:hAnsi="Times New Roman" w:hint="eastAsia"/>
          <w:sz w:val="28"/>
          <w:szCs w:val="28"/>
          <w:lang w:eastAsia="zh-CN"/>
        </w:rPr>
        <w:t>涉事方</w:t>
      </w:r>
      <w:r w:rsidRPr="000440E6">
        <w:rPr>
          <w:rFonts w:ascii="Times New Roman" w:hAnsi="Times New Roman"/>
          <w:sz w:val="28"/>
          <w:szCs w:val="28"/>
          <w:lang w:eastAsia="zh-CN"/>
        </w:rPr>
        <w:t>承担相应责任。</w:t>
      </w:r>
    </w:p>
    <w:permStart w:id="2" w:edGrp="everyone"/>
    <w:tbl>
      <w:tblPr>
        <w:tblW w:w="5089" w:type="pct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867"/>
        <w:gridCol w:w="867"/>
        <w:gridCol w:w="867"/>
        <w:gridCol w:w="1440"/>
        <w:gridCol w:w="1155"/>
        <w:gridCol w:w="1440"/>
        <w:gridCol w:w="2586"/>
      </w:tblGrid>
      <w:tr w:rsidR="00E675D8" w:rsidRPr="000440E6" w14:paraId="6921E8E3" w14:textId="77777777" w:rsidTr="00C63091">
        <w:trPr>
          <w:trHeight w:val="453"/>
          <w:jc w:val="center"/>
        </w:trPr>
        <w:tc>
          <w:tcPr>
            <w:tcW w:w="470" w:type="pct"/>
            <w:vAlign w:val="center"/>
          </w:tcPr>
          <w:p w14:paraId="2F83FCE7" w14:textId="77777777" w:rsidR="00E675D8" w:rsidRPr="000440E6" w:rsidRDefault="00E675D8" w:rsidP="000440E6">
            <w:pPr>
              <w:spacing w:after="0" w:line="28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0440E6">
              <w:rPr>
                <w:rFonts w:ascii="Times New Roman" w:hAnsi="Times New Roman"/>
                <w:sz w:val="28"/>
                <w:szCs w:val="28"/>
                <w:lang w:eastAsia="zh-CN"/>
              </w:rPr>
              <w:t>序号</w:t>
            </w:r>
          </w:p>
        </w:tc>
        <w:tc>
          <w:tcPr>
            <w:tcW w:w="470" w:type="pct"/>
            <w:vAlign w:val="center"/>
          </w:tcPr>
          <w:p w14:paraId="7589EA34" w14:textId="77777777" w:rsidR="00E675D8" w:rsidRPr="000440E6" w:rsidRDefault="00E675D8" w:rsidP="000440E6">
            <w:pPr>
              <w:spacing w:after="0" w:line="28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0440E6">
              <w:rPr>
                <w:rFonts w:ascii="Times New Roman" w:hAnsi="Times New Roman"/>
                <w:sz w:val="28"/>
                <w:szCs w:val="28"/>
                <w:lang w:eastAsia="zh-CN"/>
              </w:rPr>
              <w:t>姓名</w:t>
            </w:r>
          </w:p>
        </w:tc>
        <w:tc>
          <w:tcPr>
            <w:tcW w:w="470" w:type="pct"/>
            <w:vAlign w:val="center"/>
          </w:tcPr>
          <w:p w14:paraId="46EAC740" w14:textId="77777777" w:rsidR="00E675D8" w:rsidRPr="000440E6" w:rsidRDefault="00E675D8" w:rsidP="000440E6">
            <w:pPr>
              <w:spacing w:after="0" w:line="28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0440E6">
              <w:rPr>
                <w:rFonts w:ascii="Times New Roman" w:hAnsi="Times New Roman"/>
                <w:sz w:val="28"/>
                <w:szCs w:val="28"/>
                <w:lang w:eastAsia="zh-CN"/>
              </w:rPr>
              <w:t>学号</w:t>
            </w:r>
          </w:p>
        </w:tc>
        <w:tc>
          <w:tcPr>
            <w:tcW w:w="781" w:type="pct"/>
            <w:vAlign w:val="center"/>
          </w:tcPr>
          <w:p w14:paraId="37EAAD8E" w14:textId="77777777" w:rsidR="00E675D8" w:rsidRPr="000440E6" w:rsidRDefault="00E675D8" w:rsidP="000440E6">
            <w:pPr>
              <w:spacing w:after="0" w:line="28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0440E6">
              <w:rPr>
                <w:rFonts w:ascii="Times New Roman" w:hAnsi="Times New Roman"/>
                <w:sz w:val="28"/>
                <w:szCs w:val="28"/>
                <w:lang w:eastAsia="zh-CN"/>
              </w:rPr>
              <w:t>作者位次</w:t>
            </w:r>
          </w:p>
        </w:tc>
        <w:tc>
          <w:tcPr>
            <w:tcW w:w="626" w:type="pct"/>
            <w:vAlign w:val="center"/>
          </w:tcPr>
          <w:p w14:paraId="4110E91E" w14:textId="77777777" w:rsidR="00E675D8" w:rsidRPr="000440E6" w:rsidRDefault="00E675D8" w:rsidP="000440E6">
            <w:pPr>
              <w:spacing w:after="0" w:line="28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0440E6">
              <w:rPr>
                <w:rFonts w:ascii="Times New Roman" w:hAnsi="Times New Roman"/>
                <w:sz w:val="28"/>
                <w:szCs w:val="28"/>
                <w:lang w:eastAsia="zh-CN"/>
              </w:rPr>
              <w:t>拟分值</w:t>
            </w:r>
          </w:p>
        </w:tc>
        <w:tc>
          <w:tcPr>
            <w:tcW w:w="781" w:type="pct"/>
            <w:vAlign w:val="center"/>
          </w:tcPr>
          <w:p w14:paraId="40CBF725" w14:textId="77777777" w:rsidR="00E675D8" w:rsidRPr="000440E6" w:rsidRDefault="00E675D8" w:rsidP="000440E6">
            <w:pPr>
              <w:spacing w:after="0" w:line="28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0440E6">
              <w:rPr>
                <w:rFonts w:ascii="Times New Roman" w:hAnsi="Times New Roman"/>
                <w:sz w:val="28"/>
                <w:szCs w:val="28"/>
                <w:lang w:eastAsia="zh-CN"/>
              </w:rPr>
              <w:t>学生签字</w:t>
            </w:r>
          </w:p>
        </w:tc>
        <w:tc>
          <w:tcPr>
            <w:tcW w:w="1402" w:type="pct"/>
            <w:vAlign w:val="center"/>
          </w:tcPr>
          <w:p w14:paraId="6BD518B6" w14:textId="77777777" w:rsidR="00E675D8" w:rsidRPr="000440E6" w:rsidRDefault="00E675D8" w:rsidP="000440E6">
            <w:pPr>
              <w:spacing w:after="0" w:line="28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0440E6">
              <w:rPr>
                <w:rFonts w:ascii="Times New Roman" w:hAnsi="Times New Roman" w:hint="eastAsia"/>
                <w:sz w:val="28"/>
                <w:szCs w:val="28"/>
                <w:lang w:eastAsia="zh-CN"/>
              </w:rPr>
              <w:t>对应学生导师签字</w:t>
            </w:r>
          </w:p>
        </w:tc>
      </w:tr>
      <w:tr w:rsidR="00E675D8" w:rsidRPr="000440E6" w14:paraId="26C9D8BE" w14:textId="77777777" w:rsidTr="00C63091">
        <w:trPr>
          <w:jc w:val="center"/>
          <w:trHeight w:val="360" w:hRule="atLeast"/>
        </w:trPr>
        <w:tc>
          <w:tcPr>
            <w:tcW w:w="470" w:type="pct"/>
            <w:vAlign w:val="center"/>
          </w:tcPr>
          <w:p w14:paraId="54F04686" w14:textId="77777777" w:rsidR="00E675D8" w:rsidRPr="000440E6" w:rsidRDefault="00E675D8" w:rsidP="000440E6">
            <w:pPr>
              <w:spacing w:after="0" w:line="28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0440E6">
              <w:rPr>
                <w:rFonts w:ascii="Times New Roman" w:hAnsi="Times New Roman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470" w:type="pct"/>
            <w:vAlign w:val="center"/>
          </w:tcPr>
          <w:p w14:paraId="20CE5866" w14:textId="65F640B5" w:rsidR="00E675D8" w:rsidRPr="000440E6" w:rsidRDefault="00E675D8" w:rsidP="000440E6">
            <w:pPr>
              <w:spacing w:after="0" w:line="28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470" w:type="pct"/>
            <w:vAlign w:val="center"/>
          </w:tcPr>
          <w:p w14:paraId="2722131A" w14:textId="331D3BC4" w:rsidR="00E675D8" w:rsidRPr="000440E6" w:rsidRDefault="00E675D8" w:rsidP="000440E6">
            <w:pPr>
              <w:spacing w:after="0" w:line="28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781" w:type="pct"/>
            <w:vAlign w:val="center"/>
          </w:tcPr>
          <w:p w14:paraId="6143A250" w14:textId="038AAA25" w:rsidR="00E675D8" w:rsidRPr="000440E6" w:rsidRDefault="00E675D8" w:rsidP="000440E6">
            <w:pPr>
              <w:spacing w:after="0" w:line="28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626" w:type="pct"/>
            <w:vAlign w:val="center"/>
          </w:tcPr>
          <w:p w14:paraId="7AB6B70B" w14:textId="79ADFC0B" w:rsidR="00E675D8" w:rsidRPr="000440E6" w:rsidRDefault="00E675D8" w:rsidP="000440E6">
            <w:pPr>
              <w:spacing w:after="0" w:line="28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781" w:type="pct"/>
            <w:vAlign w:val="center"/>
          </w:tcPr>
          <w:p w14:paraId="4E9914FC" w14:textId="22AB3174" w:rsidR="00E675D8" w:rsidRPr="000440E6" w:rsidRDefault="00E675D8" w:rsidP="000440E6">
            <w:pPr>
              <w:spacing w:after="0" w:line="28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1402" w:type="pct"/>
            <w:vAlign w:val="center"/>
          </w:tcPr>
          <w:p w14:paraId="61C6E847" w14:textId="77777777" w:rsidR="00E675D8" w:rsidRPr="000440E6" w:rsidRDefault="00E675D8" w:rsidP="000440E6">
            <w:pPr>
              <w:spacing w:after="0" w:line="28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E675D8" w:rsidRPr="000440E6" w14:paraId="0F9AEDDB" w14:textId="77777777" w:rsidTr="00C63091">
        <w:trPr>
          <w:jc w:val="center"/>
          <w:trHeight w:val="360" w:hRule="atLeast"/>
        </w:trPr>
        <w:tc>
          <w:tcPr>
            <w:tcW w:w="470" w:type="pct"/>
            <w:vAlign w:val="center"/>
          </w:tcPr>
          <w:p w14:paraId="288CA88C" w14:textId="77777777" w:rsidR="00E675D8" w:rsidRPr="000440E6" w:rsidRDefault="00E675D8" w:rsidP="000440E6">
            <w:pPr>
              <w:spacing w:after="0" w:line="28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0440E6">
              <w:rPr>
                <w:rFonts w:ascii="Times New Roman" w:hAnsi="Times New Roman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470" w:type="pct"/>
            <w:vAlign w:val="center"/>
          </w:tcPr>
          <w:p w14:paraId="372ACD30" w14:textId="1C94E192" w:rsidR="00E675D8" w:rsidRPr="000440E6" w:rsidRDefault="00E675D8" w:rsidP="000440E6">
            <w:pPr>
              <w:spacing w:after="0" w:line="28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470" w:type="pct"/>
            <w:vAlign w:val="center"/>
          </w:tcPr>
          <w:p w14:paraId="000E8B79" w14:textId="169E5AE2" w:rsidR="00E675D8" w:rsidRPr="000440E6" w:rsidRDefault="00E675D8" w:rsidP="000440E6">
            <w:pPr>
              <w:spacing w:after="0" w:line="28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781" w:type="pct"/>
            <w:vAlign w:val="center"/>
          </w:tcPr>
          <w:p w14:paraId="49095D0D" w14:textId="54115675" w:rsidR="00E675D8" w:rsidRPr="000440E6" w:rsidRDefault="00E675D8" w:rsidP="000440E6">
            <w:pPr>
              <w:spacing w:after="0" w:line="28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626" w:type="pct"/>
            <w:vAlign w:val="center"/>
          </w:tcPr>
          <w:p w14:paraId="07438921" w14:textId="382EB5D9" w:rsidR="00E675D8" w:rsidRPr="000440E6" w:rsidRDefault="00E675D8" w:rsidP="000440E6">
            <w:pPr>
              <w:spacing w:after="0" w:line="28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781" w:type="pct"/>
            <w:vAlign w:val="center"/>
          </w:tcPr>
          <w:p w14:paraId="44F06A17" w14:textId="73031C85" w:rsidR="00E675D8" w:rsidRPr="000440E6" w:rsidRDefault="00E675D8" w:rsidP="000440E6">
            <w:pPr>
              <w:spacing w:after="0" w:line="28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1402" w:type="pct"/>
            <w:vAlign w:val="center"/>
          </w:tcPr>
          <w:p w14:paraId="5622C98C" w14:textId="77777777" w:rsidR="00E675D8" w:rsidRPr="000440E6" w:rsidRDefault="00E675D8" w:rsidP="000440E6">
            <w:pPr>
              <w:spacing w:after="0" w:line="28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E675D8" w:rsidRPr="000440E6" w14:paraId="4A3B9781" w14:textId="77777777" w:rsidTr="00C63091">
        <w:trPr>
          <w:jc w:val="center"/>
          <w:trHeight w:val="360" w:hRule="atLeast"/>
        </w:trPr>
        <w:tc>
          <w:tcPr>
            <w:tcW w:w="470" w:type="pct"/>
            <w:vAlign w:val="center"/>
          </w:tcPr>
          <w:p w14:paraId="45A3B6E9" w14:textId="77777777" w:rsidR="00E675D8" w:rsidRPr="000440E6" w:rsidRDefault="00E675D8" w:rsidP="000440E6">
            <w:pPr>
              <w:spacing w:after="0" w:line="28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0440E6">
              <w:rPr>
                <w:rFonts w:ascii="Times New Roman" w:hAnsi="Times New Roman"/>
                <w:sz w:val="28"/>
                <w:szCs w:val="28"/>
                <w:lang w:eastAsia="zh-CN"/>
              </w:rPr>
              <w:t>3</w:t>
            </w:r>
          </w:p>
        </w:tc>
        <w:tc>
          <w:tcPr>
            <w:tcW w:w="470" w:type="pct"/>
            <w:vAlign w:val="center"/>
          </w:tcPr>
          <w:p w14:paraId="34ACE602" w14:textId="596A2096" w:rsidR="00E675D8" w:rsidRPr="000440E6" w:rsidRDefault="00E675D8" w:rsidP="000440E6">
            <w:pPr>
              <w:spacing w:after="0" w:line="28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470" w:type="pct"/>
            <w:vAlign w:val="center"/>
          </w:tcPr>
          <w:p w14:paraId="68009AA3" w14:textId="57710783" w:rsidR="00E675D8" w:rsidRPr="000440E6" w:rsidRDefault="00E675D8" w:rsidP="000440E6">
            <w:pPr>
              <w:spacing w:after="0" w:line="28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781" w:type="pct"/>
            <w:vAlign w:val="center"/>
          </w:tcPr>
          <w:p w14:paraId="7A395D17" w14:textId="263A1172" w:rsidR="00E675D8" w:rsidRPr="000440E6" w:rsidRDefault="00E675D8" w:rsidP="000440E6">
            <w:pPr>
              <w:spacing w:after="0" w:line="28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626" w:type="pct"/>
            <w:vAlign w:val="center"/>
          </w:tcPr>
          <w:p w14:paraId="05B5418E" w14:textId="1CBC08A0" w:rsidR="00E675D8" w:rsidRPr="000440E6" w:rsidRDefault="00E675D8" w:rsidP="000440E6">
            <w:pPr>
              <w:spacing w:after="0" w:line="28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781" w:type="pct"/>
            <w:vAlign w:val="center"/>
          </w:tcPr>
          <w:p w14:paraId="15A0A45A" w14:textId="74A39D2A" w:rsidR="00E675D8" w:rsidRPr="000440E6" w:rsidRDefault="00E675D8" w:rsidP="000440E6">
            <w:pPr>
              <w:spacing w:after="0" w:line="28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1402" w:type="pct"/>
            <w:vAlign w:val="center"/>
          </w:tcPr>
          <w:p w14:paraId="4ECDDA46" w14:textId="77777777" w:rsidR="00E675D8" w:rsidRPr="000440E6" w:rsidRDefault="00E675D8" w:rsidP="000440E6">
            <w:pPr>
              <w:spacing w:after="0" w:line="28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E675D8" w:rsidRPr="000440E6" w14:paraId="4A3B9781" w14:textId="77777777" w:rsidTr="00C63091">
        <w:trPr>
          <w:jc w:val="center"/>
          <w:trHeight w:val="360" w:hRule="atLeast"/>
        </w:trPr>
        <w:tc>
          <w:tcPr>
            <w:tcW w:w="470" w:type="pct"/>
            <w:vAlign w:val="center"/>
          </w:tcPr>
          <w:p w14:paraId="45A3B6E9" w14:textId="77777777" w:rsidR="00E675D8" w:rsidRPr="000440E6" w:rsidRDefault="00E675D8" w:rsidP="000440E6">
            <w:pPr>
              <w:spacing w:after="0" w:line="28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0440E6">
              <w:rPr>
                <w:rFonts w:ascii="Times New Roman" w:hAnsi="Times New Roman"/>
                <w:sz w:val="28"/>
                <w:szCs w:val="28"/>
                <w:lang w:eastAsia="zh-CN"/>
              </w:rPr>
              <w:t>4</w:t>
            </w:r>
          </w:p>
        </w:tc>
        <w:tc>
          <w:tcPr>
            <w:tcW w:w="470" w:type="pct"/>
            <w:vAlign w:val="center"/>
          </w:tcPr>
          <w:p w14:paraId="34ACE602" w14:textId="596A2096" w:rsidR="00E675D8" w:rsidRPr="000440E6" w:rsidRDefault="00E675D8" w:rsidP="000440E6">
            <w:pPr>
              <w:spacing w:after="0" w:line="28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470" w:type="pct"/>
            <w:vAlign w:val="center"/>
          </w:tcPr>
          <w:p w14:paraId="68009AA3" w14:textId="57710783" w:rsidR="00E675D8" w:rsidRPr="000440E6" w:rsidRDefault="00E675D8" w:rsidP="000440E6">
            <w:pPr>
              <w:spacing w:after="0" w:line="28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781" w:type="pct"/>
            <w:vAlign w:val="center"/>
          </w:tcPr>
          <w:p w14:paraId="7A395D17" w14:textId="263A1172" w:rsidR="00E675D8" w:rsidRPr="000440E6" w:rsidRDefault="00E675D8" w:rsidP="000440E6">
            <w:pPr>
              <w:spacing w:after="0" w:line="28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626" w:type="pct"/>
            <w:vAlign w:val="center"/>
          </w:tcPr>
          <w:p w14:paraId="05B5418E" w14:textId="1CBC08A0" w:rsidR="00E675D8" w:rsidRPr="000440E6" w:rsidRDefault="00E675D8" w:rsidP="000440E6">
            <w:pPr>
              <w:spacing w:after="0" w:line="28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781" w:type="pct"/>
            <w:vAlign w:val="center"/>
          </w:tcPr>
          <w:p w14:paraId="15A0A45A" w14:textId="74A39D2A" w:rsidR="00E675D8" w:rsidRPr="000440E6" w:rsidRDefault="00E675D8" w:rsidP="000440E6">
            <w:pPr>
              <w:spacing w:after="0" w:line="28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1402" w:type="pct"/>
            <w:vAlign w:val="center"/>
          </w:tcPr>
          <w:p w14:paraId="4ECDDA46" w14:textId="77777777" w:rsidR="00E675D8" w:rsidRPr="000440E6" w:rsidRDefault="00E675D8" w:rsidP="000440E6">
            <w:pPr>
              <w:spacing w:after="0" w:line="28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E675D8" w:rsidRPr="000440E6" w14:paraId="4A3B9781" w14:textId="77777777" w:rsidTr="00C63091">
        <w:trPr>
          <w:jc w:val="center"/>
          <w:trHeight w:val="360" w:hRule="atLeast"/>
        </w:trPr>
        <w:tc>
          <w:tcPr>
            <w:tcW w:w="470" w:type="pct"/>
            <w:vAlign w:val="center"/>
          </w:tcPr>
          <w:p w14:paraId="45A3B6E9" w14:textId="77777777" w:rsidR="00E675D8" w:rsidRPr="000440E6" w:rsidRDefault="00E675D8" w:rsidP="000440E6">
            <w:pPr>
              <w:spacing w:after="0" w:line="28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0440E6">
              <w:rPr>
                <w:rFonts w:ascii="Times New Roman" w:hAnsi="Times New Roman"/>
                <w:sz w:val="28"/>
                <w:szCs w:val="28"/>
                <w:lang w:eastAsia="zh-CN"/>
              </w:rPr>
              <w:t>5</w:t>
            </w:r>
          </w:p>
        </w:tc>
        <w:tc>
          <w:tcPr>
            <w:tcW w:w="470" w:type="pct"/>
            <w:vAlign w:val="center"/>
          </w:tcPr>
          <w:p w14:paraId="34ACE602" w14:textId="596A2096" w:rsidR="00E675D8" w:rsidRPr="000440E6" w:rsidRDefault="00E675D8" w:rsidP="000440E6">
            <w:pPr>
              <w:spacing w:after="0" w:line="28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470" w:type="pct"/>
            <w:vAlign w:val="center"/>
          </w:tcPr>
          <w:p w14:paraId="68009AA3" w14:textId="57710783" w:rsidR="00E675D8" w:rsidRPr="000440E6" w:rsidRDefault="00E675D8" w:rsidP="000440E6">
            <w:pPr>
              <w:spacing w:after="0" w:line="28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781" w:type="pct"/>
            <w:vAlign w:val="center"/>
          </w:tcPr>
          <w:p w14:paraId="7A395D17" w14:textId="263A1172" w:rsidR="00E675D8" w:rsidRPr="000440E6" w:rsidRDefault="00E675D8" w:rsidP="000440E6">
            <w:pPr>
              <w:spacing w:after="0" w:line="28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626" w:type="pct"/>
            <w:vAlign w:val="center"/>
          </w:tcPr>
          <w:p w14:paraId="05B5418E" w14:textId="1CBC08A0" w:rsidR="00E675D8" w:rsidRPr="000440E6" w:rsidRDefault="00E675D8" w:rsidP="000440E6">
            <w:pPr>
              <w:spacing w:after="0" w:line="28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781" w:type="pct"/>
            <w:vAlign w:val="center"/>
          </w:tcPr>
          <w:p w14:paraId="15A0A45A" w14:textId="74A39D2A" w:rsidR="00E675D8" w:rsidRPr="000440E6" w:rsidRDefault="00E675D8" w:rsidP="000440E6">
            <w:pPr>
              <w:spacing w:after="0" w:line="28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1402" w:type="pct"/>
            <w:vAlign w:val="center"/>
          </w:tcPr>
          <w:p w14:paraId="4ECDDA46" w14:textId="77777777" w:rsidR="00E675D8" w:rsidRPr="000440E6" w:rsidRDefault="00E675D8" w:rsidP="000440E6">
            <w:pPr>
              <w:spacing w:after="0" w:line="28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E675D8" w:rsidRPr="000440E6" w14:paraId="4A3B9781" w14:textId="77777777" w:rsidTr="00C63091">
        <w:trPr>
          <w:jc w:val="center"/>
          <w:trHeight w:val="360" w:hRule="atLeast"/>
        </w:trPr>
        <w:tc>
          <w:tcPr>
            <w:tcW w:w="470" w:type="pct"/>
            <w:vAlign w:val="center"/>
          </w:tcPr>
          <w:p w14:paraId="45A3B6E9" w14:textId="77777777" w:rsidR="00E675D8" w:rsidRPr="000440E6" w:rsidRDefault="00E675D8" w:rsidP="000440E6">
            <w:pPr>
              <w:spacing w:after="0" w:line="28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0440E6">
              <w:rPr>
                <w:rFonts w:ascii="Times New Roman" w:hAnsi="Times New Roman"/>
                <w:sz w:val="28"/>
                <w:szCs w:val="28"/>
                <w:lang w:eastAsia="zh-CN"/>
              </w:rPr>
              <w:t>6</w:t>
            </w:r>
          </w:p>
        </w:tc>
        <w:tc>
          <w:tcPr>
            <w:tcW w:w="470" w:type="pct"/>
            <w:vAlign w:val="center"/>
          </w:tcPr>
          <w:p w14:paraId="34ACE602" w14:textId="596A2096" w:rsidR="00E675D8" w:rsidRPr="000440E6" w:rsidRDefault="00E675D8" w:rsidP="000440E6">
            <w:pPr>
              <w:spacing w:after="0" w:line="28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470" w:type="pct"/>
            <w:vAlign w:val="center"/>
          </w:tcPr>
          <w:p w14:paraId="68009AA3" w14:textId="57710783" w:rsidR="00E675D8" w:rsidRPr="000440E6" w:rsidRDefault="00E675D8" w:rsidP="000440E6">
            <w:pPr>
              <w:spacing w:after="0" w:line="28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781" w:type="pct"/>
            <w:vAlign w:val="center"/>
          </w:tcPr>
          <w:p w14:paraId="7A395D17" w14:textId="263A1172" w:rsidR="00E675D8" w:rsidRPr="000440E6" w:rsidRDefault="00E675D8" w:rsidP="000440E6">
            <w:pPr>
              <w:spacing w:after="0" w:line="28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626" w:type="pct"/>
            <w:vAlign w:val="center"/>
          </w:tcPr>
          <w:p w14:paraId="05B5418E" w14:textId="1CBC08A0" w:rsidR="00E675D8" w:rsidRPr="000440E6" w:rsidRDefault="00E675D8" w:rsidP="000440E6">
            <w:pPr>
              <w:spacing w:after="0" w:line="28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781" w:type="pct"/>
            <w:vAlign w:val="center"/>
          </w:tcPr>
          <w:p w14:paraId="15A0A45A" w14:textId="74A39D2A" w:rsidR="00E675D8" w:rsidRPr="000440E6" w:rsidRDefault="00E675D8" w:rsidP="000440E6">
            <w:pPr>
              <w:spacing w:after="0" w:line="28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1402" w:type="pct"/>
            <w:vAlign w:val="center"/>
          </w:tcPr>
          <w:p w14:paraId="4ECDDA46" w14:textId="77777777" w:rsidR="00E675D8" w:rsidRPr="000440E6" w:rsidRDefault="00E675D8" w:rsidP="000440E6">
            <w:pPr>
              <w:spacing w:after="0" w:line="28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</w:tbl>
    <w:permEnd w:id="2"/>
    <w:p w14:paraId="7501A4F8" w14:textId="431706E8" w:rsidR="003D2CE7" w:rsidRDefault="003D2CE7" w:rsidP="003D2CE7">
      <w:pPr>
        <w:spacing w:before="200" w:after="80" w:line="560" w:lineRule="exact"/>
        <w:jc w:val="right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 w:hint="eastAsia"/>
          <w:sz w:val="28"/>
          <w:szCs w:val="28"/>
          <w:lang w:eastAsia="zh-CN"/>
        </w:rPr>
        <w:t>通讯作者：</w:t>
      </w:r>
      <w:r w:rsidRPr="003D2CE7">
        <w:rPr>
          <w:rFonts w:ascii="Times New Roman" w:hAnsi="Times New Roman" w:hint="eastAsia"/>
          <w:sz w:val="28"/>
          <w:szCs w:val="28"/>
          <w:lang w:eastAsia="zh-CN"/>
        </w:rPr>
        <w:t xml:space="preserve">　　　　</w:t>
      </w:r>
    </w:p>
    <w:p w14:paraId="12CF8746" w14:textId="5B44194F" w:rsidR="00E675D8" w:rsidRPr="000440E6" w:rsidRDefault="003D2CE7" w:rsidP="003D2CE7">
      <w:pPr>
        <w:spacing w:before="200" w:after="80" w:line="560" w:lineRule="exact"/>
        <w:jc w:val="right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 w:hint="eastAsia"/>
          <w:sz w:val="28"/>
          <w:szCs w:val="28"/>
          <w:lang w:eastAsia="zh-CN"/>
        </w:rPr>
        <w:t>日期：</w:t>
      </w:r>
      <w:r w:rsidRPr="003D2CE7">
        <w:rPr>
          <w:rFonts w:ascii="Times New Roman" w:hAnsi="Times New Roman" w:hint="eastAsia"/>
          <w:sz w:val="28"/>
          <w:szCs w:val="28"/>
          <w:lang w:eastAsia="zh-CN"/>
        </w:rPr>
        <w:t xml:space="preserve">　　</w:t>
      </w:r>
      <w:r>
        <w:rPr>
          <w:rFonts w:ascii="Times New Roman" w:hAnsi="Times New Roman" w:hint="eastAsia"/>
          <w:sz w:val="28"/>
          <w:szCs w:val="28"/>
          <w:lang w:eastAsia="zh-CN"/>
        </w:rPr>
        <w:t>年</w:t>
      </w:r>
      <w:r w:rsidRPr="003D2CE7">
        <w:rPr>
          <w:rFonts w:ascii="Times New Roman" w:hAnsi="Times New Roman" w:hint="eastAsia"/>
          <w:sz w:val="28"/>
          <w:szCs w:val="28"/>
          <w:lang w:eastAsia="zh-CN"/>
        </w:rPr>
        <w:t xml:space="preserve">　</w:t>
      </w:r>
      <w:r>
        <w:rPr>
          <w:rFonts w:ascii="Times New Roman" w:hAnsi="Times New Roman" w:hint="eastAsia"/>
          <w:sz w:val="28"/>
          <w:szCs w:val="28"/>
          <w:lang w:eastAsia="zh-CN"/>
        </w:rPr>
        <w:t>月</w:t>
      </w:r>
      <w:r w:rsidRPr="003D2CE7">
        <w:rPr>
          <w:rFonts w:ascii="Times New Roman" w:hAnsi="Times New Roman" w:hint="eastAsia"/>
          <w:sz w:val="28"/>
          <w:szCs w:val="28"/>
          <w:lang w:eastAsia="zh-CN"/>
        </w:rPr>
        <w:t xml:space="preserve">　</w:t>
      </w:r>
      <w:r>
        <w:rPr>
          <w:rFonts w:ascii="Times New Roman" w:hAnsi="Times New Roman" w:hint="eastAsia"/>
          <w:sz w:val="28"/>
          <w:szCs w:val="28"/>
          <w:lang w:eastAsia="zh-CN"/>
        </w:rPr>
        <w:t>日</w:t>
      </w:r>
    </w:p>
    <w:p w14:paraId="0321E099" w14:textId="2F9F5A5D" w:rsidR="00681BEE" w:rsidRPr="000440E6" w:rsidRDefault="00E675D8">
      <w:pPr>
        <w:pageBreakBefore/>
        <w:spacing w:before="200" w:after="80" w:line="560" w:lineRule="exact"/>
        <w:rPr>
          <w:sz w:val="28"/>
          <w:szCs w:val="28"/>
          <w:lang w:eastAsia="zh-CN"/>
        </w:rPr>
      </w:pPr>
      <w:r w:rsidRPr="000440E6">
        <w:rPr>
          <w:rFonts w:ascii="Times New Roman" w:eastAsia="黑体" w:hAnsi="Times New Roman" w:hint="eastAsia"/>
          <w:sz w:val="28"/>
          <w:szCs w:val="28"/>
          <w:lang w:eastAsia="zh-CN"/>
        </w:rPr>
        <w:lastRenderedPageBreak/>
        <w:t>三</w:t>
      </w:r>
      <w:r w:rsidRPr="000440E6">
        <w:rPr>
          <w:rFonts w:ascii="Times New Roman" w:eastAsia="黑体" w:hAnsi="Times New Roman"/>
          <w:sz w:val="28"/>
          <w:szCs w:val="28"/>
          <w:lang w:eastAsia="zh-CN"/>
        </w:rPr>
        <w:t>、学生贡献说明</w:t>
      </w:r>
    </w:p>
    <w:p w14:paraId="45B2069A" w14:textId="77777777" w:rsidR="00681BEE" w:rsidRPr="000440E6" w:rsidRDefault="00000000">
      <w:pPr>
        <w:spacing w:after="0" w:line="560" w:lineRule="exact"/>
        <w:ind w:firstLine="420"/>
        <w:rPr>
          <w:sz w:val="28"/>
          <w:szCs w:val="28"/>
          <w:lang w:eastAsia="zh-CN"/>
        </w:rPr>
      </w:pPr>
      <w:r w:rsidRPr="000440E6">
        <w:rPr>
          <w:rFonts w:ascii="Times New Roman" w:hAnsi="Times New Roman"/>
          <w:sz w:val="28"/>
          <w:szCs w:val="28"/>
          <w:lang w:eastAsia="zh-CN"/>
        </w:rPr>
        <w:t>请结合论文形成过程，说明相关学生在研究设计、理论分析、实验实施、样品制备、数据采集、测试表征、仿真建模、数据处理、论文撰写、论文修改、回复审稿意见等方面的具体贡献。</w:t>
      </w:r>
    </w:p>
    <w:permStart w:id="3" w:edGrp="everyone"/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700"/>
        <w:gridCol w:w="1700"/>
        <w:gridCol w:w="6445"/>
      </w:tblGrid>
      <w:tr>
        <w:trPr>
          <w:trHeight w:val="453" w:hRule="atLeast"/>
        </w:trPr>
        <w:tc>
          <w:tcPr>
            <w:tcW w:type="dxa" w:w="70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序号</w:t>
            </w:r>
          </w:p>
        </w:tc>
        <w:tc>
          <w:tcPr>
            <w:tcW w:type="dxa" w:w="170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学生姓名</w:t>
            </w:r>
          </w:p>
        </w:tc>
        <w:tc>
          <w:tcPr>
            <w:tcW w:type="dxa" w:w="6445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具体贡献说明</w:t>
            </w:r>
          </w:p>
        </w:tc>
      </w:tr>
      <w:tr>
        <w:trPr>
          <w:trHeight w:val="420" w:hRule="atLeast"/>
        </w:trPr>
        <w:tc>
          <w:tcPr>
            <w:tcW w:type="dxa" w:w="70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</w:t>
            </w:r>
          </w:p>
        </w:tc>
        <w:tc>
          <w:tcPr>
            <w:tcW w:type="dxa" w:w="1700"/>
            <w:vAlign w:val="center"/>
          </w:tcPr>
          <w:p>
            <w:pPr>
              <w:jc w:val="center"/>
            </w:pPr>
          </w:p>
        </w:tc>
        <w:tc>
          <w:tcPr>
            <w:tcW w:type="dxa" w:w="6445"/>
            <w:vAlign w:val="center"/>
          </w:tcPr>
          <w:p>
            <w:pPr>
              <w:jc w:val="left"/>
            </w:pPr>
          </w:p>
        </w:tc>
      </w:tr>
      <w:tr>
        <w:trPr>
          <w:trHeight w:val="420" w:hRule="atLeast"/>
        </w:trPr>
        <w:tc>
          <w:tcPr>
            <w:tcW w:type="dxa" w:w="70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</w:t>
            </w:r>
          </w:p>
        </w:tc>
        <w:tc>
          <w:tcPr>
            <w:tcW w:type="dxa" w:w="1700"/>
            <w:vAlign w:val="center"/>
          </w:tcPr>
          <w:p>
            <w:pPr>
              <w:jc w:val="center"/>
            </w:pPr>
          </w:p>
        </w:tc>
        <w:tc>
          <w:tcPr>
            <w:tcW w:type="dxa" w:w="6445"/>
            <w:vAlign w:val="center"/>
          </w:tcPr>
          <w:p>
            <w:pPr>
              <w:jc w:val="left"/>
            </w:pPr>
          </w:p>
        </w:tc>
      </w:tr>
      <w:tr>
        <w:trPr>
          <w:trHeight w:val="420" w:hRule="atLeast"/>
        </w:trPr>
        <w:tc>
          <w:tcPr>
            <w:tcW w:type="dxa" w:w="70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</w:t>
            </w:r>
          </w:p>
        </w:tc>
        <w:tc>
          <w:tcPr>
            <w:tcW w:type="dxa" w:w="1700"/>
            <w:vAlign w:val="center"/>
          </w:tcPr>
          <w:p>
            <w:pPr>
              <w:jc w:val="center"/>
            </w:pPr>
          </w:p>
        </w:tc>
        <w:tc>
          <w:tcPr>
            <w:tcW w:type="dxa" w:w="6445"/>
            <w:vAlign w:val="center"/>
          </w:tcPr>
          <w:p>
            <w:pPr>
              <w:jc w:val="left"/>
            </w:pPr>
          </w:p>
        </w:tc>
      </w:tr>
      <w:tr>
        <w:trPr>
          <w:trHeight w:val="420" w:hRule="atLeast"/>
        </w:trPr>
        <w:tc>
          <w:tcPr>
            <w:tcW w:type="dxa" w:w="70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</w:t>
            </w:r>
          </w:p>
        </w:tc>
        <w:tc>
          <w:tcPr>
            <w:tcW w:type="dxa" w:w="1700"/>
            <w:vAlign w:val="center"/>
          </w:tcPr>
          <w:p>
            <w:pPr>
              <w:jc w:val="center"/>
            </w:pPr>
          </w:p>
        </w:tc>
        <w:tc>
          <w:tcPr>
            <w:tcW w:type="dxa" w:w="6445"/>
            <w:vAlign w:val="center"/>
          </w:tcPr>
          <w:p>
            <w:pPr>
              <w:jc w:val="left"/>
            </w:pPr>
          </w:p>
        </w:tc>
      </w:tr>
      <w:tr>
        <w:trPr>
          <w:trHeight w:val="420" w:hRule="atLeast"/>
        </w:trPr>
        <w:tc>
          <w:tcPr>
            <w:tcW w:type="dxa" w:w="70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</w:t>
            </w:r>
          </w:p>
        </w:tc>
        <w:tc>
          <w:tcPr>
            <w:tcW w:type="dxa" w:w="1700"/>
            <w:vAlign w:val="center"/>
          </w:tcPr>
          <w:p>
            <w:pPr>
              <w:jc w:val="center"/>
            </w:pPr>
          </w:p>
        </w:tc>
        <w:tc>
          <w:tcPr>
            <w:tcW w:type="dxa" w:w="6445"/>
            <w:vAlign w:val="center"/>
          </w:tcPr>
          <w:p>
            <w:pPr>
              <w:jc w:val="left"/>
            </w:pPr>
          </w:p>
        </w:tc>
      </w:tr>
      <w:tr>
        <w:trPr>
          <w:trHeight w:val="420" w:hRule="atLeast"/>
        </w:trPr>
        <w:tc>
          <w:tcPr>
            <w:tcW w:type="dxa" w:w="70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</w:t>
            </w:r>
          </w:p>
        </w:tc>
        <w:tc>
          <w:tcPr>
            <w:tcW w:type="dxa" w:w="1700"/>
            <w:vAlign w:val="center"/>
          </w:tcPr>
          <w:p>
            <w:pPr>
              <w:jc w:val="center"/>
            </w:pPr>
          </w:p>
        </w:tc>
        <w:tc>
          <w:tcPr>
            <w:tcW w:type="dxa" w:w="6445"/>
            <w:vAlign w:val="center"/>
          </w:tcPr>
          <w:p>
            <w:pPr>
              <w:jc w:val="left"/>
            </w:pPr>
          </w:p>
        </w:tc>
      </w:tr>
    </w:tbl>
    <w:permEnd w:id="3"/>
    <w:p w14:paraId="37B6F4AA" w14:textId="049577B6" w:rsidR="00681BEE" w:rsidRPr="000440E6" w:rsidRDefault="000440E6">
      <w:pPr>
        <w:spacing w:before="200" w:after="80" w:line="560" w:lineRule="exact"/>
        <w:rPr>
          <w:sz w:val="28"/>
          <w:szCs w:val="28"/>
          <w:lang w:eastAsia="zh-CN"/>
        </w:rPr>
      </w:pPr>
      <w:r w:rsidRPr="000440E6">
        <w:rPr>
          <w:rFonts w:ascii="Times New Roman" w:eastAsia="黑体" w:hAnsi="Times New Roman" w:hint="eastAsia"/>
          <w:sz w:val="28"/>
          <w:szCs w:val="28"/>
          <w:lang w:eastAsia="zh-CN"/>
        </w:rPr>
        <w:t>四</w:t>
      </w:r>
      <w:r w:rsidRPr="000440E6">
        <w:rPr>
          <w:rFonts w:ascii="Times New Roman" w:eastAsia="黑体" w:hAnsi="Times New Roman"/>
          <w:sz w:val="28"/>
          <w:szCs w:val="28"/>
          <w:lang w:eastAsia="zh-CN"/>
        </w:rPr>
        <w:t>、填表说明</w:t>
      </w:r>
    </w:p>
    <w:p w14:paraId="00D4EA0A" w14:textId="379BD43E" w:rsidR="00681BEE" w:rsidRPr="000440E6" w:rsidRDefault="00000000">
      <w:pPr>
        <w:spacing w:after="0" w:line="560" w:lineRule="exact"/>
        <w:ind w:firstLine="420"/>
        <w:rPr>
          <w:sz w:val="28"/>
          <w:szCs w:val="28"/>
          <w:lang w:eastAsia="zh-CN"/>
        </w:rPr>
      </w:pPr>
      <w:r w:rsidRPr="000440E6">
        <w:rPr>
          <w:rFonts w:ascii="Times New Roman" w:hAnsi="Times New Roman"/>
          <w:sz w:val="28"/>
          <w:szCs w:val="28"/>
          <w:lang w:eastAsia="zh-CN"/>
        </w:rPr>
        <w:t xml:space="preserve">1. </w:t>
      </w:r>
      <w:r w:rsidRPr="000440E6">
        <w:rPr>
          <w:rFonts w:ascii="Times New Roman" w:hAnsi="Times New Roman"/>
          <w:sz w:val="28"/>
          <w:szCs w:val="28"/>
          <w:lang w:eastAsia="zh-CN"/>
        </w:rPr>
        <w:t>本表一篇论文填写一份，</w:t>
      </w:r>
      <w:r w:rsidR="000440E6" w:rsidRPr="000440E6">
        <w:rPr>
          <w:rFonts w:ascii="Times New Roman" w:hAnsi="Times New Roman" w:hint="eastAsia"/>
          <w:sz w:val="28"/>
          <w:szCs w:val="28"/>
          <w:lang w:eastAsia="zh-CN"/>
        </w:rPr>
        <w:t>电子</w:t>
      </w:r>
      <w:r w:rsidR="00E675D8" w:rsidRPr="000440E6">
        <w:rPr>
          <w:rFonts w:ascii="Times New Roman" w:hAnsi="Times New Roman" w:hint="eastAsia"/>
          <w:sz w:val="28"/>
          <w:szCs w:val="28"/>
          <w:lang w:eastAsia="zh-CN"/>
        </w:rPr>
        <w:t>版材料</w:t>
      </w:r>
      <w:r w:rsidR="000440E6" w:rsidRPr="000440E6">
        <w:rPr>
          <w:rFonts w:ascii="Times New Roman" w:hAnsi="Times New Roman" w:hint="eastAsia"/>
          <w:sz w:val="28"/>
          <w:szCs w:val="28"/>
          <w:lang w:eastAsia="zh-CN"/>
        </w:rPr>
      </w:r>
      <w:r w:rsidRPr="000440E6">
        <w:rPr>
          <w:rFonts w:ascii="Times New Roman" w:hAnsi="Times New Roman"/>
          <w:sz w:val="28"/>
          <w:szCs w:val="28"/>
          <w:lang w:eastAsia="zh-CN"/>
        </w:rPr>
        <w:t>与论文首页、录用或发表证明等材料一并</w:t>
      </w:r>
      <w:r w:rsidR="000440E6" w:rsidRPr="000440E6">
        <w:rPr>
          <w:rFonts w:ascii="Times New Roman" w:hAnsi="Times New Roman" w:hint="eastAsia"/>
          <w:sz w:val="28"/>
          <w:szCs w:val="28"/>
          <w:lang w:eastAsia="zh-CN"/>
        </w:rPr>
        <w:t>按期</w:t>
      </w:r>
      <w:r w:rsidRPr="000440E6">
        <w:rPr>
          <w:rFonts w:ascii="Times New Roman" w:hAnsi="Times New Roman"/>
          <w:sz w:val="28"/>
          <w:szCs w:val="28"/>
          <w:lang w:eastAsia="zh-CN"/>
        </w:rPr>
        <w:t>提交。</w:t>
      </w:r>
      <w:r w:rsidR="00E675D8" w:rsidRPr="000440E6">
        <w:rPr>
          <w:rFonts w:ascii="Times New Roman" w:hAnsi="Times New Roman" w:hint="eastAsia"/>
          <w:sz w:val="28"/>
          <w:szCs w:val="28"/>
          <w:lang w:eastAsia="zh-CN"/>
        </w:rPr>
        <w:t>纸质版</w:t>
      </w:r>
      <w:r w:rsidR="000440E6" w:rsidRPr="000440E6">
        <w:rPr>
          <w:rFonts w:ascii="Times New Roman" w:hAnsi="Times New Roman" w:hint="eastAsia"/>
          <w:sz w:val="28"/>
          <w:szCs w:val="28"/>
          <w:lang w:eastAsia="zh-CN"/>
        </w:rPr>
        <w:t>材料按通知要求交至学生思政办公室（</w:t>
      </w:r>
      <w:r w:rsidR="000440E6" w:rsidRPr="000440E6">
        <w:rPr>
          <w:rFonts w:ascii="Times New Roman" w:hAnsi="Times New Roman" w:hint="eastAsia"/>
          <w:sz w:val="28"/>
          <w:szCs w:val="28"/>
          <w:lang w:eastAsia="zh-CN"/>
        </w:rPr>
        <w:t>A106</w:t>
      </w:r>
      <w:r w:rsidR="000440E6" w:rsidRPr="000440E6">
        <w:rPr>
          <w:rFonts w:ascii="Times New Roman" w:hAnsi="Times New Roman" w:hint="eastAsia"/>
          <w:sz w:val="28"/>
          <w:szCs w:val="28"/>
          <w:lang w:eastAsia="zh-CN"/>
        </w:rPr>
        <w:t>）。</w:t>
      </w:r>
    </w:p>
    <w:p w14:paraId="78350ACA" w14:textId="5C9243B8" w:rsidR="00681BEE" w:rsidRPr="000440E6" w:rsidRDefault="000440E6">
      <w:pPr>
        <w:spacing w:after="0" w:line="560" w:lineRule="exact"/>
        <w:ind w:firstLine="420"/>
        <w:rPr>
          <w:rFonts w:ascii="Times New Roman" w:hAnsi="Times New Roman"/>
          <w:sz w:val="28"/>
          <w:szCs w:val="28"/>
          <w:lang w:eastAsia="zh-CN"/>
        </w:rPr>
      </w:pPr>
      <w:r w:rsidRPr="000440E6">
        <w:rPr>
          <w:rFonts w:ascii="Times New Roman" w:hAnsi="Times New Roman" w:hint="eastAsia"/>
          <w:sz w:val="28"/>
          <w:szCs w:val="28"/>
          <w:lang w:eastAsia="zh-CN"/>
        </w:rPr>
        <w:t>2</w:t>
      </w:r>
      <w:r w:rsidRPr="000440E6">
        <w:rPr>
          <w:rFonts w:ascii="Times New Roman" w:hAnsi="Times New Roman"/>
          <w:sz w:val="28"/>
          <w:szCs w:val="28"/>
          <w:lang w:eastAsia="zh-CN"/>
        </w:rPr>
        <w:t xml:space="preserve">. </w:t>
      </w:r>
      <w:r w:rsidRPr="000440E6">
        <w:rPr>
          <w:rFonts w:ascii="Times New Roman" w:hAnsi="Times New Roman"/>
          <w:sz w:val="28"/>
          <w:szCs w:val="28"/>
          <w:lang w:eastAsia="zh-CN"/>
        </w:rPr>
        <w:t>本表由学院</w:t>
      </w:r>
      <w:r w:rsidRPr="000440E6">
        <w:rPr>
          <w:rFonts w:ascii="Times New Roman" w:hAnsi="Times New Roman" w:hint="eastAsia"/>
          <w:sz w:val="28"/>
          <w:szCs w:val="28"/>
          <w:lang w:eastAsia="zh-CN"/>
        </w:rPr>
        <w:t>学生思政办公室</w:t>
      </w:r>
      <w:r w:rsidRPr="000440E6">
        <w:rPr>
          <w:rFonts w:ascii="Times New Roman" w:hAnsi="Times New Roman"/>
          <w:sz w:val="28"/>
          <w:szCs w:val="28"/>
          <w:lang w:eastAsia="zh-CN"/>
        </w:rPr>
        <w:t>留存备案</w:t>
      </w:r>
      <w:r w:rsidRPr="000440E6">
        <w:rPr>
          <w:rFonts w:ascii="Times New Roman" w:hAnsi="Times New Roman" w:hint="eastAsia"/>
          <w:sz w:val="28"/>
          <w:szCs w:val="28"/>
          <w:lang w:eastAsia="zh-CN"/>
        </w:rPr>
        <w:t>，</w:t>
      </w:r>
      <w:r w:rsidRPr="000440E6">
        <w:rPr>
          <w:rFonts w:ascii="Times New Roman" w:hAnsi="Times New Roman"/>
          <w:sz w:val="28"/>
          <w:szCs w:val="28"/>
          <w:lang w:eastAsia="zh-CN"/>
        </w:rPr>
        <w:t>未在规定期限内提交材料、签字确认不完整、同一论文提交多份不一致方案，或公示复核中无法形成一致认定的，按综合评价办法默认规则处理</w:t>
      </w:r>
      <w:r w:rsidRPr="000440E6">
        <w:rPr>
          <w:rFonts w:ascii="Times New Roman" w:hAnsi="Times New Roman" w:hint="eastAsia"/>
          <w:sz w:val="28"/>
          <w:szCs w:val="28"/>
          <w:lang w:eastAsia="zh-CN"/>
        </w:rPr>
        <w:t>。</w:t>
      </w:r>
    </w:p>
    <w:p w14:paraId="58527501" w14:textId="69D344C4" w:rsidR="00E675D8" w:rsidRPr="00E675D8" w:rsidRDefault="00C63091">
      <w:pPr>
        <w:spacing w:after="0" w:line="560" w:lineRule="exact"/>
        <w:ind w:firstLine="420"/>
        <w:rPr>
          <w:rFonts w:hint="eastAsia"/>
          <w:lang w:eastAsia="zh-CN"/>
        </w:rPr>
      </w:pPr>
      <w:r w:rsidRPr="00C63091">
        <w:rPr>
          <w:rFonts w:ascii="Times New Roman" w:hAnsi="Times New Roman" w:hint="eastAsia"/>
          <w:sz w:val="28"/>
          <w:szCs w:val="28"/>
          <w:lang w:eastAsia="zh-CN"/>
        </w:rPr>
        <w:t>3.</w:t>
      </w:r>
      <w:r w:rsidRPr="00C63091">
        <w:rPr>
          <w:rFonts w:ascii="Times New Roman" w:hAnsi="Times New Roman"/>
          <w:sz w:val="28"/>
          <w:szCs w:val="28"/>
          <w:lang w:eastAsia="zh-CN"/>
        </w:rPr>
        <w:t xml:space="preserve"> </w:t>
      </w:r>
      <w:r>
        <w:rPr>
          <w:rFonts w:ascii="Times New Roman" w:hAnsi="Times New Roman" w:hint="eastAsia"/>
          <w:sz w:val="28"/>
          <w:szCs w:val="28"/>
          <w:lang w:eastAsia="zh-CN"/>
        </w:rPr>
        <w:t>涉及作者</w:t>
      </w:r>
      <w:r w:rsidRPr="00C63091">
        <w:rPr>
          <w:rFonts w:ascii="Times New Roman" w:hAnsi="Times New Roman"/>
          <w:sz w:val="28"/>
          <w:szCs w:val="28"/>
          <w:lang w:eastAsia="zh-CN"/>
        </w:rPr>
        <w:t>超过</w:t>
      </w:r>
      <w:r w:rsidRPr="00C63091">
        <w:rPr>
          <w:rFonts w:ascii="Times New Roman" w:hAnsi="Times New Roman"/>
          <w:sz w:val="28"/>
          <w:szCs w:val="28"/>
          <w:lang w:eastAsia="zh-CN"/>
        </w:rPr>
        <w:t>6</w:t>
      </w:r>
      <w:r w:rsidRPr="00C63091">
        <w:rPr>
          <w:rFonts w:ascii="Times New Roman" w:hAnsi="Times New Roman"/>
          <w:sz w:val="28"/>
          <w:szCs w:val="28"/>
          <w:lang w:eastAsia="zh-CN"/>
        </w:rPr>
        <w:t>人的，可</w:t>
      </w:r>
      <w:r>
        <w:rPr>
          <w:rFonts w:ascii="Times New Roman" w:hAnsi="Times New Roman" w:hint="eastAsia"/>
          <w:sz w:val="28"/>
          <w:szCs w:val="28"/>
          <w:lang w:eastAsia="zh-CN"/>
        </w:rPr>
        <w:t>自行增行</w:t>
      </w:r>
      <w:r w:rsidRPr="00C63091">
        <w:rPr>
          <w:rFonts w:ascii="Times New Roman" w:hAnsi="Times New Roman"/>
          <w:sz w:val="28"/>
          <w:szCs w:val="28"/>
          <w:lang w:eastAsia="zh-CN"/>
        </w:rPr>
        <w:t>填写。</w:t>
      </w:r>
    </w:p>
    <w:sectPr w:rsidR="00E675D8" w:rsidRPr="00E675D8" w:rsidSect="00034616"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69840407">
    <w:abstractNumId w:val="8"/>
  </w:num>
  <w:num w:numId="2" w16cid:durableId="886641847">
    <w:abstractNumId w:val="6"/>
  </w:num>
  <w:num w:numId="3" w16cid:durableId="1633555246">
    <w:abstractNumId w:val="5"/>
  </w:num>
  <w:num w:numId="4" w16cid:durableId="1688092482">
    <w:abstractNumId w:val="4"/>
  </w:num>
  <w:num w:numId="5" w16cid:durableId="1467550832">
    <w:abstractNumId w:val="7"/>
  </w:num>
  <w:num w:numId="6" w16cid:durableId="462386014">
    <w:abstractNumId w:val="3"/>
  </w:num>
  <w:num w:numId="7" w16cid:durableId="714279530">
    <w:abstractNumId w:val="2"/>
  </w:num>
  <w:num w:numId="8" w16cid:durableId="1708484867">
    <w:abstractNumId w:val="1"/>
  </w:num>
  <w:num w:numId="9" w16cid:durableId="371732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ocumentProtection w:edit="readOnly" w:enforcement="1"/>
  <w:zoom w:percent="100"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440E6"/>
    <w:rsid w:val="0006063C"/>
    <w:rsid w:val="0015074B"/>
    <w:rsid w:val="00152F02"/>
    <w:rsid w:val="00292369"/>
    <w:rsid w:val="0029639D"/>
    <w:rsid w:val="00326F90"/>
    <w:rsid w:val="003D2CE7"/>
    <w:rsid w:val="00681BEE"/>
    <w:rsid w:val="00AA1D8D"/>
    <w:rsid w:val="00B47730"/>
    <w:rsid w:val="00C63091"/>
    <w:rsid w:val="00CB0664"/>
    <w:rsid w:val="00DE2137"/>
    <w:rsid w:val="00E675D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590F9DF"/>
  <w14:defaultImageDpi w14:val="300"/>
  <w15:docId w15:val="{B8D8545D-7A6B-44E5-BE84-0B1144DE0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E675D8"/>
    <w:rPr>
      <w:rFonts w:ascii="仿宋_GB2312" w:eastAsia="仿宋_GB2312" w:hAnsi="仿宋_GB2312"/>
      <w:sz w:val="32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页眉 字符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页脚 字符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标题 1 字符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标题 字符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标题 字符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正文文本 字符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正文文本 2 字符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正文文本 3 字符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宏文本 字符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 字符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标题 6 字符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标题 7 字符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明显引用 字符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chengyun pan</cp:lastModifiedBy>
  <cp:revision>6</cp:revision>
  <dcterms:created xsi:type="dcterms:W3CDTF">2013-12-23T23:15:00Z</dcterms:created>
  <dcterms:modified xsi:type="dcterms:W3CDTF">2026-08-05T08:34:00Z</dcterms:modified>
  <cp:category/>
</cp:coreProperties>
</file>